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3BBDF0" w14:textId="727F3593" w:rsidR="00103251" w:rsidRPr="00DF6B69" w:rsidRDefault="00A45F95" w:rsidP="000E2DD7">
      <w:pPr>
        <w:pStyle w:val="Nagwek1"/>
        <w:jc w:val="both"/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  <w:lang w:val="pl-PL"/>
        </w:rPr>
      </w:pPr>
      <w:r w:rsidRPr="00DF6B69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  <w:lang w:val="pl-PL"/>
        </w:rPr>
        <w:t>ZAŁĄCZNIK NR 3</w:t>
      </w:r>
      <w:r w:rsidR="00403C94" w:rsidRPr="00DF6B69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  <w:lang w:val="pl-PL"/>
        </w:rPr>
        <w:t>b</w:t>
      </w:r>
      <w:r w:rsidRPr="00DF6B69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  <w:lang w:val="pl-PL"/>
        </w:rPr>
        <w:t xml:space="preserve"> do Regulaminu Konkursu „Bez chmur – dlaczego fajnie jest nie używać e-papierosów”</w:t>
      </w:r>
    </w:p>
    <w:p w14:paraId="3642620C" w14:textId="11EA7DD7" w:rsidR="00103251" w:rsidRPr="00DF6B69" w:rsidRDefault="00A45F95" w:rsidP="000E2DD7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DF6B69">
        <w:rPr>
          <w:rFonts w:ascii="Times New Roman" w:hAnsi="Times New Roman" w:cs="Times New Roman"/>
          <w:sz w:val="24"/>
          <w:szCs w:val="24"/>
          <w:lang w:val="pl-PL"/>
        </w:rPr>
        <w:br/>
      </w:r>
      <w:r w:rsidRPr="00DF6B69">
        <w:rPr>
          <w:rFonts w:ascii="Times New Roman" w:hAnsi="Times New Roman" w:cs="Times New Roman"/>
          <w:b/>
          <w:bCs/>
          <w:sz w:val="24"/>
          <w:szCs w:val="24"/>
          <w:lang w:val="pl-PL"/>
        </w:rPr>
        <w:t>Umowa o przeniesienie autorskich praw majątkowych</w:t>
      </w:r>
      <w:r w:rsidR="006D6F97" w:rsidRPr="00DF6B69">
        <w:rPr>
          <w:rFonts w:ascii="Times New Roman" w:hAnsi="Times New Roman" w:cs="Times New Roman"/>
          <w:b/>
          <w:bCs/>
          <w:sz w:val="24"/>
          <w:szCs w:val="24"/>
          <w:lang w:val="pl-PL"/>
        </w:rPr>
        <w:t xml:space="preserve"> (praca grupowa)</w:t>
      </w:r>
      <w:r w:rsidRPr="00DF6B69">
        <w:rPr>
          <w:rFonts w:ascii="Times New Roman" w:hAnsi="Times New Roman" w:cs="Times New Roman"/>
          <w:b/>
          <w:bCs/>
          <w:sz w:val="24"/>
          <w:szCs w:val="24"/>
          <w:lang w:val="pl-PL"/>
        </w:rPr>
        <w:br/>
      </w:r>
      <w:r w:rsidRPr="00DF6B69">
        <w:rPr>
          <w:rFonts w:ascii="Times New Roman" w:hAnsi="Times New Roman" w:cs="Times New Roman"/>
          <w:sz w:val="24"/>
          <w:szCs w:val="24"/>
          <w:lang w:val="pl-PL"/>
        </w:rPr>
        <w:t>zawarta w Warszawie, w dniu _____________ pomiędzy:</w:t>
      </w:r>
    </w:p>
    <w:p w14:paraId="5F4E8821" w14:textId="17BBA9CE" w:rsidR="000E2DD7" w:rsidRPr="00DF6B69" w:rsidRDefault="00A45F95" w:rsidP="000E2DD7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DF6B69">
        <w:rPr>
          <w:rFonts w:ascii="Times New Roman" w:hAnsi="Times New Roman" w:cs="Times New Roman"/>
          <w:sz w:val="24"/>
          <w:szCs w:val="24"/>
          <w:lang w:val="pl-PL"/>
        </w:rPr>
        <w:br/>
        <w:t>Narodowym Instytutem Onkologii im. Marii Skłodowskiej-Curie – Państwowym Instytutem Badawczym, ul. Roentgena 5, 02-781 Warszawa, NIP: __________, REGON: __________, zwanym dalej „</w:t>
      </w:r>
      <w:r w:rsidRPr="00DF6B69">
        <w:rPr>
          <w:rFonts w:ascii="Times New Roman" w:hAnsi="Times New Roman" w:cs="Times New Roman"/>
          <w:b/>
          <w:bCs/>
          <w:sz w:val="24"/>
          <w:szCs w:val="24"/>
          <w:lang w:val="pl-PL"/>
        </w:rPr>
        <w:t>Nabywcą</w:t>
      </w:r>
      <w:r w:rsidRPr="00DF6B69">
        <w:rPr>
          <w:rFonts w:ascii="Times New Roman" w:hAnsi="Times New Roman" w:cs="Times New Roman"/>
          <w:sz w:val="24"/>
          <w:szCs w:val="24"/>
          <w:lang w:val="pl-PL"/>
        </w:rPr>
        <w:t>”</w:t>
      </w:r>
    </w:p>
    <w:p w14:paraId="546FEE20" w14:textId="77777777" w:rsidR="00103251" w:rsidRPr="00DF6B69" w:rsidRDefault="00A45F95" w:rsidP="000E2DD7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DF6B69">
        <w:rPr>
          <w:rFonts w:ascii="Times New Roman" w:hAnsi="Times New Roman" w:cs="Times New Roman"/>
          <w:sz w:val="24"/>
          <w:szCs w:val="24"/>
          <w:lang w:val="pl-PL"/>
        </w:rPr>
        <w:t>a</w:t>
      </w:r>
    </w:p>
    <w:p w14:paraId="1342BC06" w14:textId="3042B4B8" w:rsidR="00036B65" w:rsidRPr="00DF6B69" w:rsidRDefault="00A45F95" w:rsidP="000E2DD7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DF6B69">
        <w:rPr>
          <w:rFonts w:ascii="Times New Roman" w:hAnsi="Times New Roman" w:cs="Times New Roman"/>
          <w:sz w:val="24"/>
          <w:szCs w:val="24"/>
          <w:lang w:val="pl-PL"/>
        </w:rPr>
        <w:t>___________________________, zamieszkałym w</w:t>
      </w:r>
      <w:r w:rsidR="00036B65"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 _______________________, przy </w:t>
      </w:r>
      <w:r w:rsidRPr="00DF6B69">
        <w:rPr>
          <w:rFonts w:ascii="Times New Roman" w:hAnsi="Times New Roman" w:cs="Times New Roman"/>
          <w:sz w:val="24"/>
          <w:szCs w:val="24"/>
          <w:lang w:val="pl-PL"/>
        </w:rPr>
        <w:t>ul.</w:t>
      </w:r>
      <w:r w:rsidR="00036B65"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______________________, </w:t>
      </w:r>
      <w:r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PESEL: </w:t>
      </w:r>
      <w:r w:rsidR="00036B65" w:rsidRPr="00DF6B69">
        <w:rPr>
          <w:rFonts w:ascii="Times New Roman" w:hAnsi="Times New Roman" w:cs="Times New Roman"/>
          <w:sz w:val="24"/>
          <w:szCs w:val="24"/>
          <w:lang w:val="pl-PL"/>
        </w:rPr>
        <w:t>_____________________,</w:t>
      </w:r>
      <w:r w:rsidR="000E2DD7"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="00036B65" w:rsidRPr="00DF6B69">
        <w:rPr>
          <w:rFonts w:ascii="Times New Roman" w:hAnsi="Times New Roman" w:cs="Times New Roman"/>
          <w:sz w:val="24"/>
          <w:szCs w:val="24"/>
          <w:lang w:val="pl-PL"/>
        </w:rPr>
        <w:t>i</w:t>
      </w:r>
      <w:r w:rsidR="000E2DD7"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="00036B65"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_______________________________, zamieszkałym w _________________________, przy </w:t>
      </w:r>
      <w:r w:rsidR="000E2DD7"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="00036B65" w:rsidRPr="00DF6B69">
        <w:rPr>
          <w:rFonts w:ascii="Times New Roman" w:hAnsi="Times New Roman" w:cs="Times New Roman"/>
          <w:sz w:val="24"/>
          <w:szCs w:val="24"/>
          <w:lang w:val="pl-PL"/>
        </w:rPr>
        <w:t>ul. ___________________________, PESEL: ___________________________,</w:t>
      </w:r>
    </w:p>
    <w:p w14:paraId="78A7D9F5" w14:textId="77777777" w:rsidR="00036B65" w:rsidRPr="00DF6B69" w:rsidRDefault="00036B65" w:rsidP="000E2DD7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14:paraId="520937D1" w14:textId="0A1BC18D" w:rsidR="00103251" w:rsidRPr="00DF6B69" w:rsidRDefault="00A45F95" w:rsidP="000E2DD7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DF6B69">
        <w:rPr>
          <w:rFonts w:ascii="Times New Roman" w:hAnsi="Times New Roman" w:cs="Times New Roman"/>
          <w:sz w:val="24"/>
          <w:szCs w:val="24"/>
          <w:lang w:val="pl-PL"/>
        </w:rPr>
        <w:t>zwanymi dalej łącznie „</w:t>
      </w:r>
      <w:r w:rsidRPr="00DF6B69">
        <w:rPr>
          <w:rFonts w:ascii="Times New Roman" w:hAnsi="Times New Roman" w:cs="Times New Roman"/>
          <w:b/>
          <w:bCs/>
          <w:sz w:val="24"/>
          <w:szCs w:val="24"/>
          <w:lang w:val="pl-PL"/>
        </w:rPr>
        <w:t>Uprawnionymi</w:t>
      </w:r>
      <w:r w:rsidRPr="00DF6B69">
        <w:rPr>
          <w:rFonts w:ascii="Times New Roman" w:hAnsi="Times New Roman" w:cs="Times New Roman"/>
          <w:sz w:val="24"/>
          <w:szCs w:val="24"/>
          <w:lang w:val="pl-PL"/>
        </w:rPr>
        <w:t>”,</w:t>
      </w:r>
      <w:r w:rsidR="000E2DD7"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DF6B69">
        <w:rPr>
          <w:rFonts w:ascii="Times New Roman" w:hAnsi="Times New Roman" w:cs="Times New Roman"/>
          <w:sz w:val="24"/>
          <w:szCs w:val="24"/>
          <w:lang w:val="pl-PL"/>
        </w:rPr>
        <w:t>zwanymi dalej łącznie „</w:t>
      </w:r>
      <w:r w:rsidRPr="00DF6B69">
        <w:rPr>
          <w:rFonts w:ascii="Times New Roman" w:hAnsi="Times New Roman" w:cs="Times New Roman"/>
          <w:b/>
          <w:bCs/>
          <w:sz w:val="24"/>
          <w:szCs w:val="24"/>
          <w:lang w:val="pl-PL"/>
        </w:rPr>
        <w:t>Stronami</w:t>
      </w:r>
      <w:r w:rsidRPr="00DF6B69">
        <w:rPr>
          <w:rFonts w:ascii="Times New Roman" w:hAnsi="Times New Roman" w:cs="Times New Roman"/>
          <w:sz w:val="24"/>
          <w:szCs w:val="24"/>
          <w:lang w:val="pl-PL"/>
        </w:rPr>
        <w:t>” lub pojedynczo „</w:t>
      </w:r>
      <w:r w:rsidRPr="00DF6B69">
        <w:rPr>
          <w:rFonts w:ascii="Times New Roman" w:hAnsi="Times New Roman" w:cs="Times New Roman"/>
          <w:b/>
          <w:bCs/>
          <w:sz w:val="24"/>
          <w:szCs w:val="24"/>
          <w:lang w:val="pl-PL"/>
        </w:rPr>
        <w:t>Stroną</w:t>
      </w:r>
      <w:r w:rsidRPr="00DF6B69">
        <w:rPr>
          <w:rFonts w:ascii="Times New Roman" w:hAnsi="Times New Roman" w:cs="Times New Roman"/>
          <w:sz w:val="24"/>
          <w:szCs w:val="24"/>
          <w:lang w:val="pl-PL"/>
        </w:rPr>
        <w:t>”.</w:t>
      </w:r>
    </w:p>
    <w:p w14:paraId="1FF878DE" w14:textId="6DA43BDA" w:rsidR="00A4166D" w:rsidRPr="00DF6B69" w:rsidRDefault="00917BBA" w:rsidP="000E2DD7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DF6B69">
        <w:rPr>
          <w:rFonts w:ascii="Times New Roman" w:hAnsi="Times New Roman" w:cs="Times New Roman"/>
          <w:sz w:val="24"/>
          <w:szCs w:val="24"/>
          <w:lang w:val="pl-PL"/>
        </w:rPr>
        <w:t>O następującej treści:</w:t>
      </w:r>
    </w:p>
    <w:p w14:paraId="675C6055" w14:textId="77777777" w:rsidR="00917BBA" w:rsidRPr="00DF6B69" w:rsidRDefault="00917BBA" w:rsidP="000E2DD7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14:paraId="46AF1BE6" w14:textId="362DB683" w:rsidR="00103251" w:rsidRPr="00DF6B69" w:rsidRDefault="00A45F95" w:rsidP="000E2DD7">
      <w:pPr>
        <w:pStyle w:val="Nagwek2"/>
        <w:jc w:val="both"/>
        <w:rPr>
          <w:rFonts w:ascii="Times New Roman" w:eastAsiaTheme="minorEastAsia" w:hAnsi="Times New Roman" w:cs="Times New Roman"/>
          <w:color w:val="auto"/>
          <w:sz w:val="24"/>
          <w:szCs w:val="24"/>
          <w:lang w:val="pl-PL"/>
        </w:rPr>
      </w:pPr>
      <w:r w:rsidRPr="00DF6B69">
        <w:rPr>
          <w:rFonts w:ascii="Times New Roman" w:eastAsiaTheme="minorEastAsia" w:hAnsi="Times New Roman" w:cs="Times New Roman"/>
          <w:color w:val="auto"/>
          <w:sz w:val="24"/>
          <w:szCs w:val="24"/>
          <w:lang w:val="pl-PL"/>
        </w:rPr>
        <w:t>§ 1. Oświadczenia</w:t>
      </w:r>
    </w:p>
    <w:p w14:paraId="7894EB5C" w14:textId="65DCF55E" w:rsidR="000E2DD7" w:rsidRPr="00DF6B69" w:rsidRDefault="00A45F95" w:rsidP="00DF6B69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before="216" w:after="0" w:line="307" w:lineRule="exact"/>
        <w:jc w:val="both"/>
        <w:rPr>
          <w:rFonts w:ascii="Times New Roman" w:hAnsi="Times New Roman" w:cs="Times New Roman"/>
          <w:i/>
          <w:iCs/>
          <w:color w:val="000000"/>
          <w:spacing w:val="-18"/>
          <w:sz w:val="24"/>
          <w:szCs w:val="24"/>
        </w:rPr>
      </w:pPr>
      <w:r w:rsidRPr="00DF6B69">
        <w:rPr>
          <w:rFonts w:ascii="Times New Roman" w:hAnsi="Times New Roman" w:cs="Times New Roman"/>
          <w:sz w:val="24"/>
          <w:szCs w:val="24"/>
          <w:lang w:val="pl-PL"/>
        </w:rPr>
        <w:br/>
        <w:t>1. Strony zgodnie oświadczają, że Uprawnieni wspólnie wzięli udział w organizowanym przez Nabywcę konkursie „Bez chmur – dlaczego fajnie jest nie używać e-papierosów” (zwanym dalej „</w:t>
      </w:r>
      <w:r w:rsidRPr="00DF6B69">
        <w:rPr>
          <w:rFonts w:ascii="Times New Roman" w:hAnsi="Times New Roman" w:cs="Times New Roman"/>
          <w:b/>
          <w:bCs/>
          <w:sz w:val="24"/>
          <w:szCs w:val="24"/>
          <w:lang w:val="pl-PL"/>
        </w:rPr>
        <w:t>Konkursem</w:t>
      </w:r>
      <w:r w:rsidRPr="00DF6B69">
        <w:rPr>
          <w:rFonts w:ascii="Times New Roman" w:hAnsi="Times New Roman" w:cs="Times New Roman"/>
          <w:sz w:val="24"/>
          <w:szCs w:val="24"/>
          <w:lang w:val="pl-PL"/>
        </w:rPr>
        <w:t>”) i przyznana została im nagroda na warunkach określonych w Regulaminie Konkursu.</w:t>
      </w:r>
    </w:p>
    <w:p w14:paraId="27B67835" w14:textId="67BFDA4B" w:rsidR="00F32E9A" w:rsidRPr="00DF6B69" w:rsidRDefault="00A45F95" w:rsidP="000E2DD7">
      <w:pPr>
        <w:widowControl w:val="0"/>
        <w:numPr>
          <w:ilvl w:val="0"/>
          <w:numId w:val="10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before="216" w:after="0" w:line="307" w:lineRule="exact"/>
        <w:jc w:val="both"/>
        <w:rPr>
          <w:rFonts w:ascii="Times New Roman" w:hAnsi="Times New Roman" w:cs="Times New Roman"/>
          <w:i/>
          <w:iCs/>
          <w:color w:val="000000"/>
          <w:spacing w:val="-18"/>
          <w:sz w:val="24"/>
          <w:szCs w:val="24"/>
        </w:rPr>
      </w:pPr>
      <w:r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2. Uprawnieni oświadczają, że są wyłącznymi współtwórcami pracy konkursowej zgłoszonej </w:t>
      </w:r>
      <w:r w:rsidRPr="00DF6B69">
        <w:rPr>
          <w:rFonts w:ascii="Times New Roman" w:hAnsi="Times New Roman" w:cs="Times New Roman"/>
          <w:sz w:val="24"/>
          <w:szCs w:val="24"/>
          <w:lang w:val="pl-PL"/>
        </w:rPr>
        <w:lastRenderedPageBreak/>
        <w:t>w ramach Konkursu, w formie ……………………………, o tytule …</w:t>
      </w:r>
      <w:r w:rsidR="002C34FC" w:rsidRPr="00DF6B69">
        <w:rPr>
          <w:rFonts w:ascii="Times New Roman" w:hAnsi="Times New Roman" w:cs="Times New Roman"/>
          <w:sz w:val="24"/>
          <w:szCs w:val="24"/>
          <w:lang w:val="pl-PL"/>
        </w:rPr>
        <w:t>………………………………………………………………</w:t>
      </w:r>
      <w:r w:rsidRPr="00DF6B69">
        <w:rPr>
          <w:rFonts w:ascii="Times New Roman" w:hAnsi="Times New Roman" w:cs="Times New Roman"/>
          <w:sz w:val="24"/>
          <w:szCs w:val="24"/>
          <w:lang w:val="pl-PL"/>
        </w:rPr>
        <w:t>…………, stanowiącej utwór w rozumieniu</w:t>
      </w:r>
      <w:r w:rsidR="000E2DD7"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ustawy z dnia 4 lutego 1994 r. </w:t>
      </w:r>
      <w:r w:rsidR="00CB49FF"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DF6B69">
        <w:rPr>
          <w:rFonts w:ascii="Times New Roman" w:hAnsi="Times New Roman" w:cs="Times New Roman"/>
          <w:sz w:val="24"/>
          <w:szCs w:val="24"/>
          <w:lang w:val="pl-PL"/>
        </w:rPr>
        <w:t>o prawie autorskim i prawach pokrewnych (dalej jako „</w:t>
      </w:r>
      <w:r w:rsidRPr="00DF6B69">
        <w:rPr>
          <w:rFonts w:ascii="Times New Roman" w:hAnsi="Times New Roman" w:cs="Times New Roman"/>
          <w:b/>
          <w:bCs/>
          <w:sz w:val="24"/>
          <w:szCs w:val="24"/>
          <w:lang w:val="pl-PL"/>
        </w:rPr>
        <w:t>Utwór</w:t>
      </w:r>
      <w:r w:rsidRPr="00DF6B69">
        <w:rPr>
          <w:rFonts w:ascii="Times New Roman" w:hAnsi="Times New Roman" w:cs="Times New Roman"/>
          <w:sz w:val="24"/>
          <w:szCs w:val="24"/>
          <w:lang w:val="pl-PL"/>
        </w:rPr>
        <w:t>”).</w:t>
      </w:r>
      <w:r w:rsidRPr="00DF6B69">
        <w:rPr>
          <w:rFonts w:ascii="Times New Roman" w:hAnsi="Times New Roman" w:cs="Times New Roman"/>
          <w:sz w:val="24"/>
          <w:szCs w:val="24"/>
          <w:lang w:val="pl-PL"/>
        </w:rPr>
        <w:br/>
      </w:r>
      <w:r w:rsidRPr="00DF6B69">
        <w:rPr>
          <w:rFonts w:ascii="Times New Roman" w:hAnsi="Times New Roman" w:cs="Times New Roman"/>
          <w:sz w:val="24"/>
          <w:szCs w:val="24"/>
          <w:lang w:val="pl-PL"/>
        </w:rPr>
        <w:br/>
        <w:t xml:space="preserve">3. </w:t>
      </w:r>
      <w:proofErr w:type="spellStart"/>
      <w:r w:rsidR="00F32E9A" w:rsidRPr="00DF6B69">
        <w:rPr>
          <w:rFonts w:ascii="Times New Roman" w:hAnsi="Times New Roman" w:cs="Times New Roman"/>
          <w:color w:val="000000"/>
          <w:spacing w:val="-5"/>
          <w:sz w:val="24"/>
          <w:szCs w:val="24"/>
        </w:rPr>
        <w:t>Uprawnieni</w:t>
      </w:r>
      <w:proofErr w:type="spellEnd"/>
      <w:r w:rsidR="00F32E9A" w:rsidRPr="00DF6B69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proofErr w:type="spellStart"/>
      <w:r w:rsidR="00F32E9A" w:rsidRPr="00DF6B69">
        <w:rPr>
          <w:rFonts w:ascii="Times New Roman" w:hAnsi="Times New Roman" w:cs="Times New Roman"/>
          <w:color w:val="000000"/>
          <w:spacing w:val="-5"/>
          <w:sz w:val="24"/>
          <w:szCs w:val="24"/>
        </w:rPr>
        <w:t>o</w:t>
      </w:r>
      <w:r w:rsidR="00F32E9A"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świadczają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,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iż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przysługuje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im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całość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majątkowych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praw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autorskich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do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Utworu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, bez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jakichkolwiek</w:t>
      </w:r>
      <w:proofErr w:type="spellEnd"/>
      <w:r w:rsidR="000E2DD7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wad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prawnych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obciążeń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praw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lub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roszczeń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osób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trzecich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w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szczególności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Utwór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nie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jest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przedmiotem</w:t>
      </w:r>
      <w:proofErr w:type="spellEnd"/>
      <w:r w:rsidR="000E2DD7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jakiejkolwiek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licencji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użytkowania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dzierżawy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ani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też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że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nie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zobowiązał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się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do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przeniesienia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całości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lub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części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praw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do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Utworu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na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jakikolwiek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podmiot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proofErr w:type="spellStart"/>
      <w:r w:rsidR="00F32E9A" w:rsidRPr="00DF6B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trzeci</w:t>
      </w:r>
      <w:proofErr w:type="spellEnd"/>
      <w:r w:rsidR="00F32E9A" w:rsidRPr="00DF6B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.</w:t>
      </w:r>
    </w:p>
    <w:p w14:paraId="1E2E6199" w14:textId="47F0E118" w:rsidR="00F32E9A" w:rsidRPr="00DF6B69" w:rsidRDefault="00F32E9A" w:rsidP="000E2DD7">
      <w:pPr>
        <w:widowControl w:val="0"/>
        <w:numPr>
          <w:ilvl w:val="0"/>
          <w:numId w:val="10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307" w:lineRule="exact"/>
        <w:jc w:val="both"/>
        <w:rPr>
          <w:rFonts w:ascii="Times New Roman" w:hAnsi="Times New Roman" w:cs="Times New Roman"/>
          <w:i/>
          <w:iCs/>
          <w:color w:val="000000"/>
          <w:spacing w:val="-17"/>
          <w:sz w:val="24"/>
          <w:szCs w:val="24"/>
        </w:rPr>
      </w:pPr>
      <w:proofErr w:type="spellStart"/>
      <w:r w:rsidRPr="00DF6B69">
        <w:rPr>
          <w:rFonts w:ascii="Times New Roman" w:hAnsi="Times New Roman" w:cs="Times New Roman"/>
          <w:color w:val="000000"/>
          <w:sz w:val="24"/>
          <w:szCs w:val="24"/>
        </w:rPr>
        <w:t>Uprawnieni</w:t>
      </w:r>
      <w:proofErr w:type="spellEnd"/>
      <w:r w:rsidRPr="00DF6B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F6B69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świadczają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iż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nie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udzielili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jakiemukolwiek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podmiotowi</w:t>
      </w:r>
      <w:proofErr w:type="spellEnd"/>
      <w:r w:rsidR="000E2DD7"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jakiejkolwiek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licencji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na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>korzystanie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z</w:t>
      </w:r>
      <w:r w:rsidR="000E2DD7" w:rsidRPr="00DF6B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Utworu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</w:p>
    <w:p w14:paraId="7462E3F9" w14:textId="6AA1DA17" w:rsidR="00F32E9A" w:rsidRPr="00DF6B69" w:rsidRDefault="00F32E9A" w:rsidP="000E2DD7">
      <w:pPr>
        <w:widowControl w:val="0"/>
        <w:numPr>
          <w:ilvl w:val="0"/>
          <w:numId w:val="10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307" w:lineRule="exact"/>
        <w:jc w:val="both"/>
        <w:rPr>
          <w:rFonts w:ascii="Times New Roman" w:hAnsi="Times New Roman" w:cs="Times New Roman"/>
          <w:i/>
          <w:iCs/>
          <w:color w:val="000000"/>
          <w:spacing w:val="-19"/>
          <w:sz w:val="24"/>
          <w:szCs w:val="24"/>
        </w:rPr>
      </w:pPr>
      <w:proofErr w:type="spellStart"/>
      <w:r w:rsidRPr="00DF6B69">
        <w:rPr>
          <w:rFonts w:ascii="Times New Roman" w:hAnsi="Times New Roman" w:cs="Times New Roman"/>
          <w:color w:val="000000"/>
          <w:spacing w:val="-5"/>
          <w:sz w:val="24"/>
          <w:szCs w:val="24"/>
        </w:rPr>
        <w:t>Uprawnieni</w:t>
      </w:r>
      <w:proofErr w:type="spellEnd"/>
      <w:r w:rsidRPr="00DF6B69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proofErr w:type="spellStart"/>
      <w:r w:rsidRPr="00DF6B69">
        <w:rPr>
          <w:rFonts w:ascii="Times New Roman" w:hAnsi="Times New Roman" w:cs="Times New Roman"/>
          <w:color w:val="000000"/>
          <w:spacing w:val="-5"/>
          <w:sz w:val="24"/>
          <w:szCs w:val="24"/>
        </w:rPr>
        <w:t>o</w:t>
      </w:r>
      <w:r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świadczają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,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że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korzystanie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przez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Nabywcę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w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zakresie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opisanym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postanowieniami</w:t>
      </w:r>
      <w:proofErr w:type="spellEnd"/>
      <w:r w:rsidR="000E2DD7" w:rsidRPr="00DF6B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Umowy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nie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będzie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naruszać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jakichkolwiek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praw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osób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trzecich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, w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szczególności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przysługujących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takim</w:t>
      </w:r>
      <w:proofErr w:type="spellEnd"/>
      <w:r w:rsidR="000E2DD7" w:rsidRPr="00DF6B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osobom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osobistych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lub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majątkowych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praw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autorskich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tajemnicy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przedsiębiorstwa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praw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patentowych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lub</w:t>
      </w:r>
      <w:proofErr w:type="spellEnd"/>
      <w:r w:rsidR="000E2DD7" w:rsidRPr="00DF6B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dóbr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proofErr w:type="spellStart"/>
      <w:r w:rsidRPr="00DF6B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osobistych</w:t>
      </w:r>
      <w:proofErr w:type="spellEnd"/>
      <w:r w:rsidRPr="00DF6B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.</w:t>
      </w:r>
    </w:p>
    <w:p w14:paraId="46CE31A1" w14:textId="5E3894BF" w:rsidR="00103251" w:rsidRPr="00DF6B69" w:rsidRDefault="00103251" w:rsidP="000E2DD7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14:paraId="6F52B69E" w14:textId="77777777" w:rsidR="00103251" w:rsidRPr="00DF6B69" w:rsidRDefault="00A45F95" w:rsidP="000E2DD7">
      <w:pPr>
        <w:pStyle w:val="Nagwek2"/>
        <w:jc w:val="both"/>
        <w:rPr>
          <w:rFonts w:ascii="Times New Roman" w:eastAsiaTheme="minorEastAsia" w:hAnsi="Times New Roman" w:cs="Times New Roman"/>
          <w:color w:val="auto"/>
          <w:sz w:val="24"/>
          <w:szCs w:val="24"/>
          <w:lang w:val="pl-PL"/>
        </w:rPr>
      </w:pPr>
      <w:r w:rsidRPr="00DF6B69">
        <w:rPr>
          <w:rFonts w:ascii="Times New Roman" w:eastAsiaTheme="minorEastAsia" w:hAnsi="Times New Roman" w:cs="Times New Roman"/>
          <w:color w:val="auto"/>
          <w:sz w:val="24"/>
          <w:szCs w:val="24"/>
          <w:lang w:val="pl-PL"/>
        </w:rPr>
        <w:t>§ 2. Przedmiot Umowy</w:t>
      </w:r>
    </w:p>
    <w:p w14:paraId="6E8D4357" w14:textId="3BAF4EE9" w:rsidR="006D759A" w:rsidRPr="00DF6B69" w:rsidRDefault="00A45F95" w:rsidP="000E2DD7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DF6B69">
        <w:rPr>
          <w:rFonts w:ascii="Times New Roman" w:hAnsi="Times New Roman" w:cs="Times New Roman"/>
          <w:sz w:val="24"/>
          <w:szCs w:val="24"/>
          <w:lang w:val="pl-PL"/>
        </w:rPr>
        <w:br/>
        <w:t>1. Z chwilą zawarcia niniejszej Umowy Uprawnieni nieodpłatnie przenoszą na Nabywcę całość autorskich praw majątkowych do Utworu, wraz z prawem tworzenia utworów zależnych do Utworu, powstałego w ramach Konkursu, bez ograniczeń terytorialnych, na cały okres trwania tych praw, na wszystkich polach eksploatacji znanych w chwili zawarcia Umowy, w tym w zakresie:</w:t>
      </w:r>
    </w:p>
    <w:p w14:paraId="631E908D" w14:textId="2196AD97" w:rsidR="006D759A" w:rsidRPr="00DF6B69" w:rsidRDefault="00A45F95" w:rsidP="000E2DD7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1) utrwalenia i zwielokrotnienia Utworu jakąkolwiek techniką, w szczególności cyfrową; </w:t>
      </w:r>
      <w:r w:rsidRPr="00DF6B69">
        <w:rPr>
          <w:rFonts w:ascii="Times New Roman" w:hAnsi="Times New Roman" w:cs="Times New Roman"/>
          <w:sz w:val="24"/>
          <w:szCs w:val="24"/>
          <w:lang w:val="pl-PL"/>
        </w:rPr>
        <w:br/>
        <w:t xml:space="preserve">2) rozpowszechniania Utworu, w szczególności poprzez jego umieszczenie, wyświetlanie, odtwarzanie oraz nadawanie i reemitowanie za pomocą wizji lub fonii oraz za pośrednictwem satelity, sieci informatycznych (w szczególności typu Internet), a także publicznego udostępniania Utworu oraz informacji o Utworze, w taki sposób, aby każdy mógł mieć do niego dostęp w miejscu i w czasie przez siebie wybranym; </w:t>
      </w:r>
    </w:p>
    <w:p w14:paraId="5A398FEF" w14:textId="653FE99E" w:rsidR="006D759A" w:rsidRPr="00DF6B69" w:rsidRDefault="00A45F95" w:rsidP="000E2DD7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DF6B69">
        <w:rPr>
          <w:rFonts w:ascii="Times New Roman" w:hAnsi="Times New Roman" w:cs="Times New Roman"/>
          <w:sz w:val="24"/>
          <w:szCs w:val="24"/>
          <w:lang w:val="pl-PL"/>
        </w:rPr>
        <w:t>3) modyfikacji, opracowania, przystosowania, zmiany układu lub jakichkolwiek innych</w:t>
      </w:r>
      <w:r w:rsidR="006D759A"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zmian, łączenia w całość i w części z innymi materiałami; </w:t>
      </w:r>
    </w:p>
    <w:p w14:paraId="2852DE22" w14:textId="17B70E31" w:rsidR="006D759A" w:rsidRPr="00DF6B69" w:rsidRDefault="00A45F95" w:rsidP="000E2DD7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4) nieodpłatnego wykorzystania Utworu we wszelkich materiałach promocyjnych oraz jego udostępniania za pośrednictwem sieci informatycznych </w:t>
      </w:r>
      <w:r w:rsidR="006D759A"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DF6B69">
        <w:rPr>
          <w:rFonts w:ascii="Times New Roman" w:hAnsi="Times New Roman" w:cs="Times New Roman"/>
          <w:sz w:val="24"/>
          <w:szCs w:val="24"/>
          <w:lang w:val="pl-PL"/>
        </w:rPr>
        <w:t>(w szczególności typu Internet) w celu promocji Konkursu.</w:t>
      </w:r>
    </w:p>
    <w:p w14:paraId="63087DF6" w14:textId="74BFF251" w:rsidR="00A4166D" w:rsidRPr="00DF6B69" w:rsidRDefault="00A45F95" w:rsidP="000E2DD7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2. Uprawnieni wyrażają zgodę, w zakresie wskazanych w ust. 1 pól eksploatacji, na korzystanie przez Nabywcę z Utworu w całości lub we fragmentach </w:t>
      </w:r>
      <w:r w:rsidR="006D759A"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DF6B69">
        <w:rPr>
          <w:rFonts w:ascii="Times New Roman" w:hAnsi="Times New Roman" w:cs="Times New Roman"/>
          <w:sz w:val="24"/>
          <w:szCs w:val="24"/>
          <w:lang w:val="pl-PL"/>
        </w:rPr>
        <w:t>w zakresie promocji Konkursu, w tym dokonywanie modyfikacji, skrótów lub łączenia z innymi Utworami, w celu ich wspólnego rozpowszechniania. Uprawnieni oświadczają, że takie wykorzystanie nie będzie stanowiło naruszenia prawa do integralności Utworu.</w:t>
      </w:r>
    </w:p>
    <w:p w14:paraId="3F3D9210" w14:textId="1AA44496" w:rsidR="006D759A" w:rsidRPr="00DF6B69" w:rsidRDefault="00A45F95" w:rsidP="000E2DD7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DF6B69">
        <w:rPr>
          <w:rFonts w:ascii="Times New Roman" w:hAnsi="Times New Roman" w:cs="Times New Roman"/>
          <w:sz w:val="24"/>
          <w:szCs w:val="24"/>
          <w:lang w:val="pl-PL"/>
        </w:rPr>
        <w:t>3. Uprawnieni upoważniają Nabywcę do wykonywania w ich imieniu autorskich praw osobistych do Utworu, takich jak: prawo do decydowania o pierwszym udostępnieniu Utworu, sposobie udostępnienia Utworu oraz sposobie oznaczenia autorstwa.</w:t>
      </w:r>
      <w:r w:rsidRPr="00DF6B69">
        <w:rPr>
          <w:rFonts w:ascii="Times New Roman" w:hAnsi="Times New Roman" w:cs="Times New Roman"/>
          <w:sz w:val="24"/>
          <w:szCs w:val="24"/>
          <w:lang w:val="pl-PL"/>
        </w:rPr>
        <w:br/>
      </w:r>
      <w:r w:rsidRPr="00DF6B69">
        <w:rPr>
          <w:rFonts w:ascii="Times New Roman" w:hAnsi="Times New Roman" w:cs="Times New Roman"/>
          <w:sz w:val="24"/>
          <w:szCs w:val="24"/>
          <w:lang w:val="pl-PL"/>
        </w:rPr>
        <w:br/>
        <w:t>4. Uprawnieni wyrażają zgodę na wykonywanie przez Nabywcę zależnego prawa autorskiego do opracowań stworzonych w oparciu o Utwór oraz przenoszą na Nabywcę wyłączne prawo zezwalania na wykonywanie zależnego prawa autorskiego</w:t>
      </w:r>
      <w:r w:rsidR="00F32E9A"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 (tj. prawo do korzystania i rozporządzania opracowaniami Utworu oraz zezwoleń na korzystanie i rozporządzanie opracowaniami Utworu).</w:t>
      </w:r>
    </w:p>
    <w:p w14:paraId="7590A2C7" w14:textId="2AE7EA97" w:rsidR="00F32E9A" w:rsidRPr="00DF6B69" w:rsidRDefault="00A45F95" w:rsidP="000E2DD7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5. </w:t>
      </w:r>
      <w:r w:rsidR="00F32E9A"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Wraz z przeniesieniem praw autorskich do Utworu, Uprawnieni z chwilą zawarcia niniejszej Umowy przekazują nieodpłatnie na rzecz Nabywcy nośniki, na których utrwalono Utwór. </w:t>
      </w:r>
    </w:p>
    <w:p w14:paraId="5334B007" w14:textId="34D51A51" w:rsidR="00103251" w:rsidRPr="00DF6B69" w:rsidRDefault="00F32E9A" w:rsidP="000E2DD7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6. </w:t>
      </w:r>
      <w:r w:rsidR="00A45F95"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Uprawnieni ponoszą pełną odpowiedzialność z tytułu jakichkolwiek roszczeń osób trzecich kierowanych wobec Nabywcy, </w:t>
      </w:r>
      <w:r w:rsidR="002C34FC"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="00A45F95"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a powstałych w związku z Utworem i zawartymi w nim treściami oraz za ewentualne naruszenie praw osób trzecich. </w:t>
      </w:r>
      <w:r w:rsidR="002C34FC"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="00A45F95"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W przypadku skierowania przeciwko Nabywcy roszczeń z tytułu naruszenia praw autorskich lub dóbr osobistych, Uprawnieni zobowiązują się do całkowitego zaspokojenia roszczeń osób trzecich oraz zwalniają Nabywcę z obowiązku świadczenia z tego tytułu, </w:t>
      </w:r>
      <w:r w:rsidR="006D759A"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="00A45F95" w:rsidRPr="00DF6B69">
        <w:rPr>
          <w:rFonts w:ascii="Times New Roman" w:hAnsi="Times New Roman" w:cs="Times New Roman"/>
          <w:sz w:val="24"/>
          <w:szCs w:val="24"/>
          <w:lang w:val="pl-PL"/>
        </w:rPr>
        <w:t>a także zobowiązują się do zwrotu Nabywcy poniesionych z tego tytułu kosztów i utraconych korzyści.</w:t>
      </w:r>
    </w:p>
    <w:p w14:paraId="2751D449" w14:textId="77777777" w:rsidR="00103251" w:rsidRPr="00DF6B69" w:rsidRDefault="00A45F95" w:rsidP="000E2DD7">
      <w:pPr>
        <w:pStyle w:val="Nagwek2"/>
        <w:jc w:val="both"/>
        <w:rPr>
          <w:rFonts w:ascii="Times New Roman" w:eastAsiaTheme="minorEastAsia" w:hAnsi="Times New Roman" w:cs="Times New Roman"/>
          <w:color w:val="auto"/>
          <w:sz w:val="24"/>
          <w:szCs w:val="24"/>
          <w:lang w:val="pl-PL"/>
        </w:rPr>
      </w:pPr>
      <w:r w:rsidRPr="00DF6B69">
        <w:rPr>
          <w:rFonts w:ascii="Times New Roman" w:eastAsiaTheme="minorEastAsia" w:hAnsi="Times New Roman" w:cs="Times New Roman"/>
          <w:color w:val="auto"/>
          <w:sz w:val="24"/>
          <w:szCs w:val="24"/>
          <w:lang w:val="pl-PL"/>
        </w:rPr>
        <w:t>§ 3. Postanowienia końcowe</w:t>
      </w:r>
    </w:p>
    <w:p w14:paraId="4D794526" w14:textId="7B22CEC1" w:rsidR="00340424" w:rsidRPr="00DF6B69" w:rsidRDefault="00A45F95" w:rsidP="003404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DF6B69">
        <w:rPr>
          <w:rFonts w:ascii="Times New Roman" w:hAnsi="Times New Roman" w:cs="Times New Roman"/>
          <w:sz w:val="24"/>
          <w:szCs w:val="24"/>
          <w:lang w:val="pl-PL"/>
        </w:rPr>
        <w:br/>
        <w:t>1. Wszelkie zmiany Umowy wymagają zachowania formy pisemnej pod rygorem nieważności.</w:t>
      </w:r>
      <w:r w:rsidRPr="00DF6B69">
        <w:rPr>
          <w:rFonts w:ascii="Times New Roman" w:hAnsi="Times New Roman" w:cs="Times New Roman"/>
          <w:sz w:val="24"/>
          <w:szCs w:val="24"/>
          <w:lang w:val="pl-PL"/>
        </w:rPr>
        <w:br/>
        <w:t xml:space="preserve">2. W sprawach nieuregulowanych Umową zastosowanie mają </w:t>
      </w:r>
      <w:r w:rsidR="00340424"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w szczególności </w:t>
      </w:r>
      <w:r w:rsidRPr="00DF6B69">
        <w:rPr>
          <w:rFonts w:ascii="Times New Roman" w:hAnsi="Times New Roman" w:cs="Times New Roman"/>
          <w:sz w:val="24"/>
          <w:szCs w:val="24"/>
          <w:lang w:val="pl-PL"/>
        </w:rPr>
        <w:t>przepisy Kodeksu cywilnego oraz ustawy o prawie autorskim i prawach pokrewnych.</w:t>
      </w:r>
      <w:r w:rsidRPr="00DF6B69">
        <w:rPr>
          <w:rFonts w:ascii="Times New Roman" w:hAnsi="Times New Roman" w:cs="Times New Roman"/>
          <w:sz w:val="24"/>
          <w:szCs w:val="24"/>
          <w:lang w:val="pl-PL"/>
        </w:rPr>
        <w:br/>
        <w:t>3.</w:t>
      </w:r>
      <w:r w:rsidR="00340424"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 Spory wynikające z niniejszej Umowy będą rozpatrywane przez sąd właściwy miejscowo dla siedziby Zamawiającego. </w:t>
      </w:r>
    </w:p>
    <w:p w14:paraId="1232E9E0" w14:textId="5D537FD9" w:rsidR="00340424" w:rsidRPr="00DF6B69" w:rsidRDefault="00340424" w:rsidP="00DF6B69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DF6B69">
        <w:rPr>
          <w:rFonts w:ascii="Times New Roman" w:hAnsi="Times New Roman" w:cs="Times New Roman"/>
          <w:sz w:val="24"/>
          <w:szCs w:val="24"/>
          <w:lang w:val="pl-PL"/>
        </w:rPr>
        <w:lastRenderedPageBreak/>
        <w:t xml:space="preserve">Na podstawie art. 4c ustawy z dnia 9 marca 2013 r. o przeciwdziałaniu nadmiernym opóźnieniom w transakcjach handlowych ( </w:t>
      </w:r>
      <w:proofErr w:type="spellStart"/>
      <w:r w:rsidRPr="00DF6B69">
        <w:rPr>
          <w:rFonts w:ascii="Times New Roman" w:hAnsi="Times New Roman" w:cs="Times New Roman"/>
          <w:sz w:val="24"/>
          <w:szCs w:val="24"/>
          <w:lang w:val="pl-PL"/>
        </w:rPr>
        <w:t>t.j</w:t>
      </w:r>
      <w:proofErr w:type="spellEnd"/>
      <w:r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. Dz. U. z  2023 r. poz. 1790) Zamawiający oświadcza, że  posiada status dużego przedsiębiorcy  w rozumieniu art. 4 pkt 6 powyższej ustawy. </w:t>
      </w:r>
    </w:p>
    <w:p w14:paraId="0949C2E6" w14:textId="61E4C637" w:rsidR="00103251" w:rsidRPr="00DF6B69" w:rsidRDefault="00340424" w:rsidP="00DF6B69">
      <w:pPr>
        <w:pStyle w:val="Akapitzlist"/>
        <w:numPr>
          <w:ilvl w:val="0"/>
          <w:numId w:val="10"/>
        </w:numPr>
        <w:ind w:left="0"/>
        <w:jc w:val="both"/>
        <w:rPr>
          <w:lang w:val="pl-PL"/>
        </w:rPr>
      </w:pPr>
      <w:r w:rsidRPr="00DF6B69">
        <w:rPr>
          <w:rFonts w:ascii="Times New Roman" w:hAnsi="Times New Roman" w:cs="Times New Roman"/>
          <w:sz w:val="24"/>
          <w:szCs w:val="24"/>
          <w:lang w:val="pl-PL"/>
        </w:rPr>
        <w:t>Umowa została sporządzona w dwóch jednobrzmiących egzemplarzach, po jednym dla każdej ze Stron</w:t>
      </w:r>
      <w:r w:rsidR="00A45F95" w:rsidRPr="00DF6B69">
        <w:rPr>
          <w:lang w:val="pl-PL"/>
        </w:rPr>
        <w:br/>
      </w:r>
    </w:p>
    <w:p w14:paraId="6DC6A4E1" w14:textId="1F6EB274" w:rsidR="00103251" w:rsidRPr="00DF6B69" w:rsidRDefault="00A45F95">
      <w:pPr>
        <w:rPr>
          <w:rFonts w:ascii="Times New Roman" w:hAnsi="Times New Roman" w:cs="Times New Roman"/>
          <w:sz w:val="24"/>
          <w:szCs w:val="24"/>
          <w:lang w:val="pl-PL"/>
        </w:rPr>
      </w:pPr>
      <w:r w:rsidRPr="00DF6B69">
        <w:rPr>
          <w:rFonts w:ascii="Times New Roman" w:hAnsi="Times New Roman" w:cs="Times New Roman"/>
          <w:sz w:val="24"/>
          <w:szCs w:val="24"/>
          <w:lang w:val="pl-PL"/>
        </w:rPr>
        <w:br/>
      </w:r>
      <w:r w:rsidRPr="00DF6B69">
        <w:rPr>
          <w:rFonts w:ascii="Times New Roman" w:hAnsi="Times New Roman" w:cs="Times New Roman"/>
          <w:sz w:val="24"/>
          <w:szCs w:val="24"/>
          <w:lang w:val="pl-PL"/>
        </w:rPr>
        <w:br/>
        <w:t xml:space="preserve">Nabywca                            </w:t>
      </w:r>
      <w:r w:rsidR="00A4166D" w:rsidRPr="00DF6B69">
        <w:rPr>
          <w:rFonts w:ascii="Times New Roman" w:hAnsi="Times New Roman" w:cs="Times New Roman"/>
          <w:sz w:val="24"/>
          <w:szCs w:val="24"/>
          <w:lang w:val="pl-PL"/>
        </w:rPr>
        <w:tab/>
      </w:r>
      <w:r w:rsidR="00A4166D" w:rsidRPr="00DF6B69">
        <w:rPr>
          <w:rFonts w:ascii="Times New Roman" w:hAnsi="Times New Roman" w:cs="Times New Roman"/>
          <w:sz w:val="24"/>
          <w:szCs w:val="24"/>
          <w:lang w:val="pl-PL"/>
        </w:rPr>
        <w:tab/>
      </w:r>
      <w:r w:rsidR="00A4166D" w:rsidRPr="00DF6B69">
        <w:rPr>
          <w:rFonts w:ascii="Times New Roman" w:hAnsi="Times New Roman" w:cs="Times New Roman"/>
          <w:sz w:val="24"/>
          <w:szCs w:val="24"/>
          <w:lang w:val="pl-PL"/>
        </w:rPr>
        <w:tab/>
      </w:r>
      <w:r w:rsidR="00A4166D" w:rsidRPr="00DF6B69">
        <w:rPr>
          <w:rFonts w:ascii="Times New Roman" w:hAnsi="Times New Roman" w:cs="Times New Roman"/>
          <w:sz w:val="24"/>
          <w:szCs w:val="24"/>
          <w:lang w:val="pl-PL"/>
        </w:rPr>
        <w:tab/>
      </w:r>
      <w:r w:rsidR="00A4166D" w:rsidRPr="00DF6B69">
        <w:rPr>
          <w:rFonts w:ascii="Times New Roman" w:hAnsi="Times New Roman" w:cs="Times New Roman"/>
          <w:sz w:val="24"/>
          <w:szCs w:val="24"/>
          <w:lang w:val="pl-PL"/>
        </w:rPr>
        <w:tab/>
      </w:r>
      <w:r w:rsidR="00A4166D" w:rsidRPr="00DF6B69">
        <w:rPr>
          <w:rFonts w:ascii="Times New Roman" w:hAnsi="Times New Roman" w:cs="Times New Roman"/>
          <w:sz w:val="24"/>
          <w:szCs w:val="24"/>
          <w:lang w:val="pl-PL"/>
        </w:rPr>
        <w:tab/>
      </w:r>
      <w:r w:rsidRPr="00DF6B69">
        <w:rPr>
          <w:rFonts w:ascii="Times New Roman" w:hAnsi="Times New Roman" w:cs="Times New Roman"/>
          <w:b/>
          <w:bCs/>
          <w:sz w:val="24"/>
          <w:szCs w:val="24"/>
          <w:lang w:val="pl-PL"/>
        </w:rPr>
        <w:t>Uprawnieni</w:t>
      </w:r>
    </w:p>
    <w:p w14:paraId="78B035D5" w14:textId="10F030BF" w:rsidR="00103251" w:rsidRPr="00DF6B69" w:rsidRDefault="00A45F95">
      <w:pPr>
        <w:rPr>
          <w:rFonts w:ascii="Times New Roman" w:hAnsi="Times New Roman" w:cs="Times New Roman"/>
          <w:sz w:val="24"/>
          <w:szCs w:val="24"/>
          <w:lang w:val="pl-PL"/>
        </w:rPr>
      </w:pPr>
      <w:r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________________________      </w:t>
      </w:r>
      <w:r w:rsidR="00DF6B69">
        <w:rPr>
          <w:rFonts w:ascii="Times New Roman" w:hAnsi="Times New Roman" w:cs="Times New Roman"/>
          <w:sz w:val="24"/>
          <w:szCs w:val="24"/>
          <w:lang w:val="pl-PL"/>
        </w:rPr>
        <w:t xml:space="preserve">                                         </w:t>
      </w:r>
      <w:r w:rsidRPr="00DF6B69">
        <w:rPr>
          <w:rFonts w:ascii="Times New Roman" w:hAnsi="Times New Roman" w:cs="Times New Roman"/>
          <w:sz w:val="24"/>
          <w:szCs w:val="24"/>
          <w:lang w:val="pl-PL"/>
        </w:rPr>
        <w:t>________________________</w:t>
      </w:r>
    </w:p>
    <w:p w14:paraId="1B0E3460" w14:textId="0E4528B9" w:rsidR="00103251" w:rsidRPr="00DF6B69" w:rsidRDefault="00A45F95">
      <w:pPr>
        <w:rPr>
          <w:rFonts w:ascii="Times New Roman" w:hAnsi="Times New Roman" w:cs="Times New Roman"/>
          <w:sz w:val="24"/>
          <w:szCs w:val="24"/>
          <w:lang w:val="pl-PL"/>
        </w:rPr>
      </w:pPr>
      <w:r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                                     </w:t>
      </w:r>
      <w:r w:rsidR="00A4166D"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                </w:t>
      </w:r>
      <w:r w:rsidR="00A4166D" w:rsidRPr="00DF6B69">
        <w:rPr>
          <w:rFonts w:ascii="Times New Roman" w:hAnsi="Times New Roman" w:cs="Times New Roman"/>
          <w:sz w:val="24"/>
          <w:szCs w:val="24"/>
          <w:lang w:val="pl-PL"/>
        </w:rPr>
        <w:tab/>
      </w:r>
      <w:r w:rsidR="00A4166D" w:rsidRPr="00DF6B69">
        <w:rPr>
          <w:rFonts w:ascii="Times New Roman" w:hAnsi="Times New Roman" w:cs="Times New Roman"/>
          <w:sz w:val="24"/>
          <w:szCs w:val="24"/>
          <w:lang w:val="pl-PL"/>
        </w:rPr>
        <w:tab/>
      </w:r>
      <w:r w:rsidR="00A4166D" w:rsidRPr="00DF6B69">
        <w:rPr>
          <w:rFonts w:ascii="Times New Roman" w:hAnsi="Times New Roman" w:cs="Times New Roman"/>
          <w:sz w:val="24"/>
          <w:szCs w:val="24"/>
          <w:lang w:val="pl-PL"/>
        </w:rPr>
        <w:tab/>
      </w:r>
      <w:r w:rsidR="00A4166D" w:rsidRPr="00DF6B69">
        <w:rPr>
          <w:rFonts w:ascii="Times New Roman" w:hAnsi="Times New Roman" w:cs="Times New Roman"/>
          <w:sz w:val="24"/>
          <w:szCs w:val="24"/>
          <w:lang w:val="pl-PL"/>
        </w:rPr>
        <w:tab/>
        <w:t>________________________</w:t>
      </w:r>
    </w:p>
    <w:p w14:paraId="261EE109" w14:textId="5479F8C5" w:rsidR="002C34FC" w:rsidRPr="00DF6B69" w:rsidRDefault="00A45F95">
      <w:pPr>
        <w:rPr>
          <w:rFonts w:ascii="Times New Roman" w:hAnsi="Times New Roman" w:cs="Times New Roman"/>
          <w:sz w:val="24"/>
          <w:szCs w:val="24"/>
          <w:u w:val="single"/>
          <w:lang w:val="pl-PL"/>
        </w:rPr>
      </w:pPr>
      <w:r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                                     </w:t>
      </w:r>
      <w:r w:rsidR="00A4166D"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                 </w:t>
      </w:r>
      <w:r w:rsidR="00A4166D" w:rsidRPr="00DF6B69">
        <w:rPr>
          <w:rFonts w:ascii="Times New Roman" w:hAnsi="Times New Roman" w:cs="Times New Roman"/>
          <w:sz w:val="24"/>
          <w:szCs w:val="24"/>
          <w:lang w:val="pl-PL"/>
        </w:rPr>
        <w:tab/>
      </w:r>
      <w:r w:rsidR="00A4166D" w:rsidRPr="00DF6B69">
        <w:rPr>
          <w:rFonts w:ascii="Times New Roman" w:hAnsi="Times New Roman" w:cs="Times New Roman"/>
          <w:sz w:val="24"/>
          <w:szCs w:val="24"/>
          <w:lang w:val="pl-PL"/>
        </w:rPr>
        <w:tab/>
      </w:r>
      <w:r w:rsidR="00A4166D" w:rsidRPr="00DF6B69">
        <w:rPr>
          <w:rFonts w:ascii="Times New Roman" w:hAnsi="Times New Roman" w:cs="Times New Roman"/>
          <w:sz w:val="24"/>
          <w:szCs w:val="24"/>
          <w:lang w:val="pl-PL"/>
        </w:rPr>
        <w:tab/>
      </w:r>
      <w:r w:rsidR="00A4166D" w:rsidRPr="00DF6B69">
        <w:rPr>
          <w:rFonts w:ascii="Times New Roman" w:hAnsi="Times New Roman" w:cs="Times New Roman"/>
          <w:sz w:val="24"/>
          <w:szCs w:val="24"/>
          <w:lang w:val="pl-PL"/>
        </w:rPr>
        <w:tab/>
      </w:r>
      <w:r w:rsidR="00A4166D" w:rsidRPr="00DF6B69">
        <w:rPr>
          <w:rFonts w:ascii="Times New Roman" w:hAnsi="Times New Roman" w:cs="Times New Roman"/>
          <w:sz w:val="24"/>
          <w:szCs w:val="24"/>
          <w:lang w:val="pl-PL"/>
        </w:rPr>
        <w:tab/>
      </w:r>
      <w:r w:rsidR="00A4166D" w:rsidRPr="00DF6B69">
        <w:rPr>
          <w:rFonts w:ascii="Times New Roman" w:hAnsi="Times New Roman" w:cs="Times New Roman"/>
          <w:sz w:val="24"/>
          <w:szCs w:val="24"/>
          <w:lang w:val="pl-PL"/>
        </w:rPr>
        <w:tab/>
      </w:r>
    </w:p>
    <w:p w14:paraId="03A8735E" w14:textId="27D7A92B" w:rsidR="00103251" w:rsidRPr="00DF6B69" w:rsidRDefault="00A45F95">
      <w:pPr>
        <w:rPr>
          <w:rFonts w:ascii="Times New Roman" w:hAnsi="Times New Roman" w:cs="Times New Roman"/>
          <w:sz w:val="24"/>
          <w:szCs w:val="24"/>
          <w:u w:val="single"/>
          <w:lang w:val="pl-PL"/>
        </w:rPr>
      </w:pPr>
      <w:r w:rsidRPr="00DF6B69">
        <w:rPr>
          <w:rFonts w:ascii="Times New Roman" w:hAnsi="Times New Roman" w:cs="Times New Roman"/>
          <w:sz w:val="24"/>
          <w:szCs w:val="24"/>
          <w:u w:val="single"/>
          <w:lang w:val="pl-PL"/>
        </w:rPr>
        <w:t>W przypadku, gdy Uprawnieni ukończyli lat 13, a nie ukończyli lat 18, wymagane jest wyrażenie zgody na zawarcie Umowy przez przedstawiciela ustawowego</w:t>
      </w:r>
      <w:r w:rsidR="00A4166D" w:rsidRPr="00DF6B69">
        <w:rPr>
          <w:rFonts w:ascii="Times New Roman" w:hAnsi="Times New Roman" w:cs="Times New Roman"/>
          <w:sz w:val="24"/>
          <w:szCs w:val="24"/>
          <w:u w:val="single"/>
          <w:lang w:val="pl-PL"/>
        </w:rPr>
        <w:t xml:space="preserve"> Uprawnionego</w:t>
      </w:r>
      <w:r w:rsidRPr="00DF6B69">
        <w:rPr>
          <w:rFonts w:ascii="Times New Roman" w:hAnsi="Times New Roman" w:cs="Times New Roman"/>
          <w:sz w:val="24"/>
          <w:szCs w:val="24"/>
          <w:u w:val="single"/>
          <w:lang w:val="pl-PL"/>
        </w:rPr>
        <w:t>:</w:t>
      </w:r>
    </w:p>
    <w:p w14:paraId="2AD06E6C" w14:textId="77777777" w:rsidR="00A4166D" w:rsidRPr="00DF6B69" w:rsidRDefault="00A4166D">
      <w:pPr>
        <w:rPr>
          <w:rFonts w:ascii="Times New Roman" w:hAnsi="Times New Roman" w:cs="Times New Roman"/>
          <w:sz w:val="24"/>
          <w:szCs w:val="24"/>
          <w:u w:val="single"/>
          <w:lang w:val="pl-PL"/>
        </w:rPr>
      </w:pPr>
    </w:p>
    <w:p w14:paraId="7E102A05" w14:textId="317E7CC8" w:rsidR="00A4166D" w:rsidRPr="00DF6B69" w:rsidRDefault="00A45F95" w:rsidP="00A4166D">
      <w:pPr>
        <w:pStyle w:val="Nagwek2"/>
        <w:jc w:val="center"/>
        <w:rPr>
          <w:rFonts w:ascii="Times New Roman" w:eastAsiaTheme="minorEastAsia" w:hAnsi="Times New Roman" w:cs="Times New Roman"/>
          <w:color w:val="auto"/>
          <w:sz w:val="24"/>
          <w:szCs w:val="24"/>
          <w:lang w:val="pl-PL"/>
        </w:rPr>
      </w:pPr>
      <w:r w:rsidRPr="00DF6B69">
        <w:rPr>
          <w:rFonts w:ascii="Times New Roman" w:eastAsiaTheme="minorEastAsia" w:hAnsi="Times New Roman" w:cs="Times New Roman"/>
          <w:color w:val="auto"/>
          <w:sz w:val="24"/>
          <w:szCs w:val="24"/>
          <w:lang w:val="pl-PL"/>
        </w:rPr>
        <w:t>ZGODA PRZEDSTAWICIELA USTAWOWEGO NA ZAWARCIE UMOWY</w:t>
      </w:r>
    </w:p>
    <w:p w14:paraId="143FFC22" w14:textId="77777777" w:rsidR="00A4166D" w:rsidRPr="00DF6B69" w:rsidRDefault="00A4166D" w:rsidP="00A4166D">
      <w:pPr>
        <w:rPr>
          <w:rFonts w:ascii="Times New Roman" w:hAnsi="Times New Roman" w:cs="Times New Roman"/>
          <w:sz w:val="24"/>
          <w:szCs w:val="24"/>
          <w:lang w:val="pl-PL"/>
        </w:rPr>
      </w:pPr>
    </w:p>
    <w:p w14:paraId="749A75EB" w14:textId="61ABABCB" w:rsidR="00103251" w:rsidRPr="00DF6B69" w:rsidRDefault="00A45F95">
      <w:pPr>
        <w:rPr>
          <w:rFonts w:ascii="Times New Roman" w:hAnsi="Times New Roman" w:cs="Times New Roman"/>
          <w:sz w:val="24"/>
          <w:szCs w:val="24"/>
          <w:lang w:val="pl-PL"/>
        </w:rPr>
      </w:pPr>
      <w:r w:rsidRPr="00DF6B69">
        <w:rPr>
          <w:rFonts w:ascii="Times New Roman" w:hAnsi="Times New Roman" w:cs="Times New Roman"/>
          <w:sz w:val="24"/>
          <w:szCs w:val="24"/>
          <w:lang w:val="pl-PL"/>
        </w:rPr>
        <w:t>Ja, niżej podpisany, ________________________ (imię i nazwisko przedstawiciela ustawowego), jako przedstawiciel ustawowy małoletniego ___________</w:t>
      </w:r>
      <w:r w:rsidR="00DF6B69">
        <w:rPr>
          <w:rFonts w:ascii="Times New Roman" w:hAnsi="Times New Roman" w:cs="Times New Roman"/>
          <w:sz w:val="24"/>
          <w:szCs w:val="24"/>
          <w:lang w:val="pl-PL"/>
        </w:rPr>
        <w:t>_</w:t>
      </w:r>
      <w:bookmarkStart w:id="0" w:name="_GoBack"/>
      <w:bookmarkEnd w:id="0"/>
      <w:r w:rsidRPr="00DF6B69">
        <w:rPr>
          <w:rFonts w:ascii="Times New Roman" w:hAnsi="Times New Roman" w:cs="Times New Roman"/>
          <w:sz w:val="24"/>
          <w:szCs w:val="24"/>
          <w:lang w:val="pl-PL"/>
        </w:rPr>
        <w:t>________ (dalej: „</w:t>
      </w:r>
      <w:r w:rsidRPr="00DF6B69">
        <w:rPr>
          <w:rFonts w:ascii="Times New Roman" w:hAnsi="Times New Roman" w:cs="Times New Roman"/>
          <w:b/>
          <w:bCs/>
          <w:sz w:val="24"/>
          <w:szCs w:val="24"/>
          <w:lang w:val="pl-PL"/>
        </w:rPr>
        <w:t>Małoletni</w:t>
      </w:r>
      <w:r w:rsidRPr="00DF6B69">
        <w:rPr>
          <w:rFonts w:ascii="Times New Roman" w:hAnsi="Times New Roman" w:cs="Times New Roman"/>
          <w:sz w:val="24"/>
          <w:szCs w:val="24"/>
          <w:lang w:val="pl-PL"/>
        </w:rPr>
        <w:t>”), wyrażam zgodę na zawarcie przez Małoletniego umowy przeniesienia autorskich praw majątkowych z Narodowym Instytutem Onkologii im. Marii Skłodowskiej-Curie – PIB, na warunkach opisanych powyżej.</w:t>
      </w:r>
    </w:p>
    <w:p w14:paraId="6DAA622F" w14:textId="77777777" w:rsidR="00DF6B69" w:rsidRDefault="00A45F95" w:rsidP="00A4166D">
      <w:pPr>
        <w:ind w:left="3600"/>
        <w:rPr>
          <w:rFonts w:ascii="Times New Roman" w:hAnsi="Times New Roman" w:cs="Times New Roman"/>
          <w:sz w:val="24"/>
          <w:szCs w:val="24"/>
          <w:lang w:val="pl-PL"/>
        </w:rPr>
      </w:pPr>
      <w:r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__________________________ </w:t>
      </w:r>
    </w:p>
    <w:p w14:paraId="64AAAC95" w14:textId="6649700F" w:rsidR="00103251" w:rsidRPr="00DF6B69" w:rsidRDefault="00DF6B69" w:rsidP="00DF6B69">
      <w:pPr>
        <w:ind w:left="360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(</w:t>
      </w:r>
      <w:r w:rsidR="00A45F95" w:rsidRPr="00DF6B69">
        <w:rPr>
          <w:rFonts w:ascii="Times New Roman" w:hAnsi="Times New Roman" w:cs="Times New Roman"/>
          <w:sz w:val="24"/>
          <w:szCs w:val="24"/>
          <w:lang w:val="pl-PL"/>
        </w:rPr>
        <w:t>data i czytelny podpis)</w:t>
      </w:r>
    </w:p>
    <w:p w14:paraId="1628F03D" w14:textId="77777777" w:rsidR="00A4166D" w:rsidRPr="00DF6B69" w:rsidRDefault="00A4166D" w:rsidP="00A4166D">
      <w:pPr>
        <w:ind w:left="3600"/>
        <w:rPr>
          <w:rFonts w:ascii="Times New Roman" w:hAnsi="Times New Roman" w:cs="Times New Roman"/>
          <w:sz w:val="24"/>
          <w:szCs w:val="24"/>
          <w:lang w:val="pl-PL"/>
        </w:rPr>
      </w:pPr>
    </w:p>
    <w:p w14:paraId="457257EE" w14:textId="77777777" w:rsidR="00A4166D" w:rsidRPr="00DF6B69" w:rsidRDefault="00A4166D" w:rsidP="00A4166D">
      <w:pPr>
        <w:pStyle w:val="Nagwek2"/>
        <w:jc w:val="center"/>
        <w:rPr>
          <w:rFonts w:ascii="Times New Roman" w:eastAsiaTheme="minorEastAsia" w:hAnsi="Times New Roman" w:cs="Times New Roman"/>
          <w:color w:val="auto"/>
          <w:sz w:val="24"/>
          <w:szCs w:val="24"/>
          <w:lang w:val="pl-PL"/>
        </w:rPr>
      </w:pPr>
      <w:r w:rsidRPr="00DF6B69">
        <w:rPr>
          <w:rFonts w:ascii="Times New Roman" w:eastAsiaTheme="minorEastAsia" w:hAnsi="Times New Roman" w:cs="Times New Roman"/>
          <w:color w:val="auto"/>
          <w:sz w:val="24"/>
          <w:szCs w:val="24"/>
          <w:lang w:val="pl-PL"/>
        </w:rPr>
        <w:t>ZGODA PRZEDSTAWICIELA USTAWOWEGO NA ZAWARCIE UMOWY</w:t>
      </w:r>
    </w:p>
    <w:p w14:paraId="4EA424EB" w14:textId="77777777" w:rsidR="00A4166D" w:rsidRPr="00DF6B69" w:rsidRDefault="00A4166D" w:rsidP="00A4166D">
      <w:pPr>
        <w:rPr>
          <w:rFonts w:ascii="Times New Roman" w:hAnsi="Times New Roman" w:cs="Times New Roman"/>
          <w:sz w:val="24"/>
          <w:szCs w:val="24"/>
          <w:lang w:val="pl-PL"/>
        </w:rPr>
      </w:pPr>
    </w:p>
    <w:p w14:paraId="0A2934F3" w14:textId="17C452DD" w:rsidR="00A4166D" w:rsidRPr="00DF6B69" w:rsidRDefault="00A4166D" w:rsidP="00A4166D">
      <w:pPr>
        <w:rPr>
          <w:rFonts w:ascii="Times New Roman" w:hAnsi="Times New Roman" w:cs="Times New Roman"/>
          <w:sz w:val="24"/>
          <w:szCs w:val="24"/>
          <w:lang w:val="pl-PL"/>
        </w:rPr>
      </w:pPr>
      <w:r w:rsidRPr="00DF6B69">
        <w:rPr>
          <w:rFonts w:ascii="Times New Roman" w:hAnsi="Times New Roman" w:cs="Times New Roman"/>
          <w:sz w:val="24"/>
          <w:szCs w:val="24"/>
          <w:lang w:val="pl-PL"/>
        </w:rPr>
        <w:t>Ja, niżej podpisany, ________________________ (imię i nazwisko przedstawiciela ustawowego), jako przedstawiciel ustawowy małoletniego _______</w:t>
      </w:r>
      <w:r w:rsidR="00DF6B69">
        <w:rPr>
          <w:rFonts w:ascii="Times New Roman" w:hAnsi="Times New Roman" w:cs="Times New Roman"/>
          <w:sz w:val="24"/>
          <w:szCs w:val="24"/>
          <w:lang w:val="pl-PL"/>
        </w:rPr>
        <w:t>_</w:t>
      </w:r>
      <w:r w:rsidRPr="00DF6B69">
        <w:rPr>
          <w:rFonts w:ascii="Times New Roman" w:hAnsi="Times New Roman" w:cs="Times New Roman"/>
          <w:sz w:val="24"/>
          <w:szCs w:val="24"/>
          <w:lang w:val="pl-PL"/>
        </w:rPr>
        <w:t>____________ (dalej: „</w:t>
      </w:r>
      <w:r w:rsidRPr="00DF6B69">
        <w:rPr>
          <w:rFonts w:ascii="Times New Roman" w:hAnsi="Times New Roman" w:cs="Times New Roman"/>
          <w:b/>
          <w:bCs/>
          <w:sz w:val="24"/>
          <w:szCs w:val="24"/>
          <w:lang w:val="pl-PL"/>
        </w:rPr>
        <w:t>Małoletni</w:t>
      </w:r>
      <w:r w:rsidRPr="00DF6B69">
        <w:rPr>
          <w:rFonts w:ascii="Times New Roman" w:hAnsi="Times New Roman" w:cs="Times New Roman"/>
          <w:sz w:val="24"/>
          <w:szCs w:val="24"/>
          <w:lang w:val="pl-PL"/>
        </w:rPr>
        <w:t>”), wyrażam zgodę na zawarcie przez Małoletniego umowy przeniesienia autorskich praw majątkowych z Narodowym Instytutem Onkologii im. Marii Skłodowskiej-Curie – PIB, na warunkach opisanych powyżej.</w:t>
      </w:r>
    </w:p>
    <w:p w14:paraId="438C3E13" w14:textId="77777777" w:rsidR="00DF6B69" w:rsidRDefault="00A4166D" w:rsidP="00A4166D">
      <w:pPr>
        <w:ind w:left="3600"/>
        <w:rPr>
          <w:rFonts w:ascii="Times New Roman" w:hAnsi="Times New Roman" w:cs="Times New Roman"/>
          <w:sz w:val="24"/>
          <w:szCs w:val="24"/>
          <w:lang w:val="pl-PL"/>
        </w:rPr>
      </w:pPr>
      <w:r w:rsidRPr="00DF6B69">
        <w:rPr>
          <w:rFonts w:ascii="Times New Roman" w:hAnsi="Times New Roman" w:cs="Times New Roman"/>
          <w:sz w:val="24"/>
          <w:szCs w:val="24"/>
          <w:lang w:val="pl-PL"/>
        </w:rPr>
        <w:t xml:space="preserve">__________________________ </w:t>
      </w:r>
    </w:p>
    <w:p w14:paraId="69E0FF21" w14:textId="76362F5F" w:rsidR="00A4166D" w:rsidRPr="00DF6B69" w:rsidRDefault="00A4166D" w:rsidP="00A4166D">
      <w:pPr>
        <w:ind w:left="3600"/>
        <w:rPr>
          <w:rFonts w:ascii="Times New Roman" w:hAnsi="Times New Roman" w:cs="Times New Roman"/>
          <w:sz w:val="24"/>
          <w:szCs w:val="24"/>
          <w:lang w:val="pl-PL"/>
        </w:rPr>
      </w:pPr>
      <w:r w:rsidRPr="00DF6B69">
        <w:rPr>
          <w:rFonts w:ascii="Times New Roman" w:hAnsi="Times New Roman" w:cs="Times New Roman"/>
          <w:sz w:val="24"/>
          <w:szCs w:val="24"/>
          <w:lang w:val="pl-PL"/>
        </w:rPr>
        <w:t>(data i czytelny podpis)</w:t>
      </w:r>
    </w:p>
    <w:p w14:paraId="615DF259" w14:textId="77777777" w:rsidR="00A4166D" w:rsidRPr="00DF6B69" w:rsidRDefault="00A4166D" w:rsidP="00A4166D">
      <w:pPr>
        <w:ind w:left="3600"/>
        <w:rPr>
          <w:rFonts w:ascii="Times New Roman" w:hAnsi="Times New Roman" w:cs="Times New Roman"/>
          <w:sz w:val="24"/>
          <w:szCs w:val="24"/>
          <w:lang w:val="pl-PL"/>
        </w:rPr>
      </w:pPr>
    </w:p>
    <w:p w14:paraId="3E57B2C7" w14:textId="77777777" w:rsidR="00A4166D" w:rsidRPr="00DF6B69" w:rsidRDefault="00A4166D" w:rsidP="00A4166D">
      <w:pPr>
        <w:ind w:left="3600"/>
        <w:rPr>
          <w:rFonts w:ascii="Times New Roman" w:hAnsi="Times New Roman" w:cs="Times New Roman"/>
          <w:sz w:val="24"/>
          <w:szCs w:val="24"/>
          <w:lang w:val="pl-PL"/>
        </w:rPr>
      </w:pPr>
    </w:p>
    <w:p w14:paraId="55F39B8D" w14:textId="77777777" w:rsidR="00A4166D" w:rsidRPr="00DF6B69" w:rsidRDefault="00A4166D" w:rsidP="00A4166D">
      <w:pPr>
        <w:ind w:left="3600"/>
        <w:rPr>
          <w:rFonts w:ascii="Times New Roman" w:hAnsi="Times New Roman" w:cs="Times New Roman"/>
          <w:sz w:val="24"/>
          <w:szCs w:val="24"/>
          <w:lang w:val="pl-PL"/>
        </w:rPr>
      </w:pPr>
    </w:p>
    <w:sectPr w:rsidR="00A4166D" w:rsidRPr="00DF6B6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20A0725"/>
    <w:multiLevelType w:val="hybridMultilevel"/>
    <w:tmpl w:val="9D72C666"/>
    <w:lvl w:ilvl="0" w:tplc="58AC256C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CBEA9A0">
      <w:start w:val="1"/>
      <w:numFmt w:val="decimal"/>
      <w:lvlText w:val="%2)"/>
      <w:lvlJc w:val="left"/>
      <w:pPr>
        <w:ind w:left="7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94A72F4">
      <w:start w:val="1"/>
      <w:numFmt w:val="bullet"/>
      <w:lvlText w:val="-"/>
      <w:lvlJc w:val="left"/>
      <w:pPr>
        <w:ind w:left="8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3DAC05A">
      <w:start w:val="1"/>
      <w:numFmt w:val="bullet"/>
      <w:lvlText w:val="•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7680F0C">
      <w:start w:val="1"/>
      <w:numFmt w:val="bullet"/>
      <w:lvlText w:val="o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F74F600">
      <w:start w:val="1"/>
      <w:numFmt w:val="bullet"/>
      <w:lvlText w:val="▪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0468B78">
      <w:start w:val="1"/>
      <w:numFmt w:val="bullet"/>
      <w:lvlText w:val="•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0C0F12C">
      <w:start w:val="1"/>
      <w:numFmt w:val="bullet"/>
      <w:lvlText w:val="o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C472CA">
      <w:start w:val="1"/>
      <w:numFmt w:val="bullet"/>
      <w:lvlText w:val="▪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2456651"/>
    <w:multiLevelType w:val="singleLevel"/>
    <w:tmpl w:val="11CAD43C"/>
    <w:lvl w:ilvl="0">
      <w:start w:val="1"/>
      <w:numFmt w:val="decimal"/>
      <w:lvlText w:val="%1."/>
      <w:legacy w:legacy="1" w:legacySpace="0" w:legacyIndent="346"/>
      <w:lvlJc w:val="left"/>
      <w:rPr>
        <w:rFonts w:ascii="Arial" w:hAnsi="Arial" w:cs="Aria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trackRevisions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36B65"/>
    <w:rsid w:val="0006063C"/>
    <w:rsid w:val="000E2DD7"/>
    <w:rsid w:val="00103251"/>
    <w:rsid w:val="0015074B"/>
    <w:rsid w:val="0029639D"/>
    <w:rsid w:val="002C34FC"/>
    <w:rsid w:val="00326F90"/>
    <w:rsid w:val="00340424"/>
    <w:rsid w:val="00403C94"/>
    <w:rsid w:val="00424A01"/>
    <w:rsid w:val="006D6F97"/>
    <w:rsid w:val="006D759A"/>
    <w:rsid w:val="00902649"/>
    <w:rsid w:val="00917BBA"/>
    <w:rsid w:val="009B618D"/>
    <w:rsid w:val="00A4166D"/>
    <w:rsid w:val="00A45F95"/>
    <w:rsid w:val="00AA1D8D"/>
    <w:rsid w:val="00B47730"/>
    <w:rsid w:val="00B6183C"/>
    <w:rsid w:val="00CB0664"/>
    <w:rsid w:val="00CB49FF"/>
    <w:rsid w:val="00DF6B69"/>
    <w:rsid w:val="00E94FAF"/>
    <w:rsid w:val="00F32E9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29DEFE1"/>
  <w14:defaultImageDpi w14:val="300"/>
  <w15:docId w15:val="{FD19669C-AC8E-6D4E-92EF-20B48B20F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F32E9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32E9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32E9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32E9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32E9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24A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4A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118A2D8-FC8A-422A-A5A3-FECEE135A2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1044</Words>
  <Characters>6264</Characters>
  <Application>Microsoft Office Word</Application>
  <DocSecurity>0</DocSecurity>
  <Lines>52</Lines>
  <Paragraphs>14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7294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Przepiórka</cp:lastModifiedBy>
  <cp:revision>3</cp:revision>
  <dcterms:created xsi:type="dcterms:W3CDTF">2025-10-08T09:06:00Z</dcterms:created>
  <dcterms:modified xsi:type="dcterms:W3CDTF">2025-10-20T11:08:00Z</dcterms:modified>
  <cp:category/>
</cp:coreProperties>
</file>