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702EF2" w14:textId="4B750EDA" w:rsidR="00EC0370" w:rsidRPr="00BD533D" w:rsidRDefault="00D46AEC">
      <w:pPr>
        <w:pStyle w:val="Nagwek1"/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  <w:lang w:val="pl-PL"/>
        </w:rPr>
      </w:pPr>
      <w:r w:rsidRPr="00BD533D"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  <w:lang w:val="pl-PL"/>
        </w:rPr>
        <w:t xml:space="preserve">ZAŁĄCZNIK NR </w:t>
      </w:r>
      <w:r w:rsidR="00D30A76"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  <w:lang w:val="pl-PL"/>
        </w:rPr>
        <w:t>3a</w:t>
      </w:r>
      <w:r w:rsidR="00BD533D" w:rsidRPr="00BD533D"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  <w:lang w:val="pl-PL"/>
        </w:rPr>
        <w:t xml:space="preserve"> </w:t>
      </w:r>
      <w:r w:rsidRPr="00BD533D"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  <w:lang w:val="pl-PL"/>
        </w:rPr>
        <w:t>do Regulaminu Konkursu „Bez chmur – dlaczego fajnie jest nie używać e-papierosów”</w:t>
      </w:r>
    </w:p>
    <w:p w14:paraId="39C5CA76" w14:textId="77777777" w:rsidR="00EC0370" w:rsidRPr="00BD533D" w:rsidRDefault="00D46AEC" w:rsidP="00BD533D">
      <w:pPr>
        <w:jc w:val="center"/>
        <w:rPr>
          <w:b/>
          <w:bCs/>
          <w:lang w:val="pl-PL"/>
        </w:rPr>
      </w:pPr>
      <w:r w:rsidRPr="00BD533D">
        <w:rPr>
          <w:lang w:val="pl-PL"/>
        </w:rPr>
        <w:br/>
      </w:r>
      <w:r w:rsidRPr="00BD533D">
        <w:rPr>
          <w:b/>
          <w:bCs/>
          <w:lang w:val="pl-PL"/>
        </w:rPr>
        <w:t>Umowa o przeniesienie autorskich praw majątkowych (praca indywidualna)</w:t>
      </w:r>
      <w:r w:rsidRPr="00BD533D">
        <w:rPr>
          <w:b/>
          <w:bCs/>
          <w:lang w:val="pl-PL"/>
        </w:rPr>
        <w:br/>
      </w:r>
    </w:p>
    <w:p w14:paraId="73F4F4D2" w14:textId="77777777" w:rsidR="00EC0370" w:rsidRPr="00BD533D" w:rsidRDefault="00D46AEC" w:rsidP="00BD533D">
      <w:pPr>
        <w:jc w:val="center"/>
        <w:rPr>
          <w:lang w:val="pl-PL"/>
        </w:rPr>
      </w:pPr>
      <w:r w:rsidRPr="00BD533D">
        <w:rPr>
          <w:lang w:val="pl-PL"/>
        </w:rPr>
        <w:t>zawarta w Warszawie, w dniu _____________ pomiędzy:</w:t>
      </w:r>
    </w:p>
    <w:p w14:paraId="176101F8" w14:textId="77777777" w:rsidR="00EC0370" w:rsidRPr="00BD533D" w:rsidRDefault="00D46AEC">
      <w:pPr>
        <w:rPr>
          <w:lang w:val="pl-PL"/>
        </w:rPr>
      </w:pPr>
      <w:r w:rsidRPr="00BD533D">
        <w:rPr>
          <w:lang w:val="pl-PL"/>
        </w:rPr>
        <w:br/>
        <w:t xml:space="preserve">Narodowym Instytutem Onkologii im. Marii Skłodowskiej-Curie – Państwowym Instytutem Badawczym, </w:t>
      </w:r>
      <w:r w:rsidRPr="00BD533D">
        <w:rPr>
          <w:lang w:val="pl-PL"/>
        </w:rPr>
        <w:br/>
        <w:t xml:space="preserve">ul. Roentgena 5, 02-781 Warszawa, NIP: __________, REGON: __________, </w:t>
      </w:r>
      <w:r w:rsidRPr="00BD533D">
        <w:rPr>
          <w:lang w:val="pl-PL"/>
        </w:rPr>
        <w:br/>
        <w:t>zwanym dalej „</w:t>
      </w:r>
      <w:r w:rsidRPr="00BD533D">
        <w:rPr>
          <w:b/>
          <w:bCs/>
          <w:lang w:val="pl-PL"/>
        </w:rPr>
        <w:t>Nabywcą</w:t>
      </w:r>
      <w:r w:rsidRPr="00BD533D">
        <w:rPr>
          <w:lang w:val="pl-PL"/>
        </w:rPr>
        <w:t>”</w:t>
      </w:r>
      <w:r w:rsidRPr="00BD533D">
        <w:rPr>
          <w:lang w:val="pl-PL"/>
        </w:rPr>
        <w:br/>
      </w:r>
    </w:p>
    <w:p w14:paraId="7F954D4C" w14:textId="77777777" w:rsidR="00EC0370" w:rsidRPr="00BD533D" w:rsidRDefault="00D46AEC">
      <w:pPr>
        <w:rPr>
          <w:lang w:val="pl-PL"/>
        </w:rPr>
      </w:pPr>
      <w:r w:rsidRPr="00BD533D">
        <w:rPr>
          <w:lang w:val="pl-PL"/>
        </w:rPr>
        <w:t>a</w:t>
      </w:r>
    </w:p>
    <w:p w14:paraId="097AD9AC" w14:textId="5CB08640" w:rsidR="00BD533D" w:rsidRDefault="00BD533D" w:rsidP="00BD533D">
      <w:pPr>
        <w:rPr>
          <w:lang w:val="pl-PL"/>
        </w:rPr>
      </w:pPr>
      <w:r w:rsidRPr="00036B65">
        <w:rPr>
          <w:lang w:val="pl-PL"/>
        </w:rPr>
        <w:t>_______________________________, zamieszkałym w</w:t>
      </w:r>
      <w:r>
        <w:rPr>
          <w:lang w:val="pl-PL"/>
        </w:rPr>
        <w:t xml:space="preserve"> </w:t>
      </w:r>
      <w:r w:rsidRPr="00036B65">
        <w:rPr>
          <w:lang w:val="pl-PL"/>
        </w:rPr>
        <w:t>_______________________________,</w:t>
      </w:r>
      <w:r>
        <w:rPr>
          <w:lang w:val="pl-PL"/>
        </w:rPr>
        <w:t xml:space="preserve"> </w:t>
      </w:r>
    </w:p>
    <w:p w14:paraId="48FD4020" w14:textId="227FCA56" w:rsidR="00BD533D" w:rsidRDefault="00BD533D" w:rsidP="00BD533D">
      <w:pPr>
        <w:rPr>
          <w:lang w:val="pl-PL"/>
        </w:rPr>
      </w:pPr>
      <w:r>
        <w:rPr>
          <w:lang w:val="pl-PL"/>
        </w:rPr>
        <w:t xml:space="preserve">przy </w:t>
      </w:r>
      <w:r w:rsidRPr="00036B65">
        <w:rPr>
          <w:lang w:val="pl-PL"/>
        </w:rPr>
        <w:t>ul. _______________________________</w:t>
      </w:r>
      <w:r>
        <w:rPr>
          <w:lang w:val="pl-PL"/>
        </w:rPr>
        <w:t xml:space="preserve">, </w:t>
      </w:r>
      <w:r w:rsidRPr="00036B65">
        <w:rPr>
          <w:lang w:val="pl-PL"/>
        </w:rPr>
        <w:t>PESEL: _______________________________,</w:t>
      </w:r>
    </w:p>
    <w:p w14:paraId="1DC36462" w14:textId="6C378B8B" w:rsidR="00EC0370" w:rsidRDefault="00D46AEC">
      <w:pPr>
        <w:rPr>
          <w:lang w:val="pl-PL"/>
        </w:rPr>
      </w:pPr>
      <w:r w:rsidRPr="00BD533D">
        <w:rPr>
          <w:lang w:val="pl-PL"/>
        </w:rPr>
        <w:br/>
        <w:t>zwanym/ą dalej „</w:t>
      </w:r>
      <w:r w:rsidRPr="00BD533D">
        <w:rPr>
          <w:b/>
          <w:bCs/>
          <w:lang w:val="pl-PL"/>
        </w:rPr>
        <w:t>Uprawnionym</w:t>
      </w:r>
      <w:r w:rsidRPr="00BD533D">
        <w:rPr>
          <w:lang w:val="pl-PL"/>
        </w:rPr>
        <w:t xml:space="preserve">”, </w:t>
      </w:r>
      <w:r w:rsidRPr="00BD533D">
        <w:rPr>
          <w:lang w:val="pl-PL"/>
        </w:rPr>
        <w:br/>
        <w:t>zwanymi dalej łącznie „</w:t>
      </w:r>
      <w:r w:rsidRPr="00BD533D">
        <w:rPr>
          <w:b/>
          <w:bCs/>
          <w:lang w:val="pl-PL"/>
        </w:rPr>
        <w:t>Stronami</w:t>
      </w:r>
      <w:r w:rsidRPr="00BD533D">
        <w:rPr>
          <w:lang w:val="pl-PL"/>
        </w:rPr>
        <w:t>” lub pojedynczo „</w:t>
      </w:r>
      <w:r w:rsidRPr="00BD533D">
        <w:rPr>
          <w:b/>
          <w:bCs/>
          <w:lang w:val="pl-PL"/>
        </w:rPr>
        <w:t>Stroną</w:t>
      </w:r>
      <w:r w:rsidRPr="00BD533D">
        <w:rPr>
          <w:lang w:val="pl-PL"/>
        </w:rPr>
        <w:t>”</w:t>
      </w:r>
      <w:r w:rsidR="00BD533D">
        <w:rPr>
          <w:lang w:val="pl-PL"/>
        </w:rPr>
        <w:t xml:space="preserve">, </w:t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  <w:t xml:space="preserve">             o następującej treści:</w:t>
      </w:r>
    </w:p>
    <w:p w14:paraId="619E372B" w14:textId="77777777" w:rsidR="00BD533D" w:rsidRPr="00BD533D" w:rsidRDefault="00BD533D">
      <w:pPr>
        <w:rPr>
          <w:lang w:val="pl-PL"/>
        </w:rPr>
      </w:pPr>
    </w:p>
    <w:p w14:paraId="6BEEBC2C" w14:textId="77777777" w:rsidR="00EC0370" w:rsidRPr="00BD533D" w:rsidRDefault="00D46AEC" w:rsidP="00BD533D">
      <w:pPr>
        <w:pStyle w:val="Nagwek2"/>
        <w:jc w:val="center"/>
        <w:rPr>
          <w:rFonts w:asciiTheme="minorHAnsi" w:eastAsiaTheme="minorEastAsia" w:hAnsiTheme="minorHAnsi" w:cstheme="minorBidi"/>
          <w:color w:val="auto"/>
          <w:sz w:val="24"/>
          <w:szCs w:val="24"/>
          <w:lang w:val="pl-PL"/>
        </w:rPr>
      </w:pPr>
      <w:r w:rsidRPr="00BD533D">
        <w:rPr>
          <w:rFonts w:asciiTheme="minorHAnsi" w:eastAsiaTheme="minorEastAsia" w:hAnsiTheme="minorHAnsi" w:cstheme="minorBidi"/>
          <w:color w:val="auto"/>
          <w:sz w:val="24"/>
          <w:szCs w:val="24"/>
          <w:lang w:val="pl-PL"/>
        </w:rPr>
        <w:t>§ 1. Oświadczenia</w:t>
      </w:r>
    </w:p>
    <w:p w14:paraId="3D693881" w14:textId="77777777" w:rsidR="006D2468" w:rsidRDefault="00D46AEC">
      <w:pPr>
        <w:rPr>
          <w:lang w:val="pl-PL"/>
        </w:rPr>
      </w:pPr>
      <w:r w:rsidRPr="00BD533D">
        <w:rPr>
          <w:lang w:val="pl-PL"/>
        </w:rPr>
        <w:br/>
        <w:t xml:space="preserve">1. Strony zgodnie oświadczają, że Uprawniony wziął udział w organizowanym przez Nabywcę konkursie </w:t>
      </w:r>
      <w:r w:rsidRPr="00BD533D">
        <w:rPr>
          <w:lang w:val="pl-PL"/>
        </w:rPr>
        <w:br/>
        <w:t>„Bez chmur – dlaczego fajnie jest nie używać e-papierosów” (zwanym dalej „Konkursem”) i przyznana została mu nagroda na warunkach określonych w Regulaminie Konkursu.</w:t>
      </w:r>
      <w:r w:rsidRPr="00BD533D">
        <w:rPr>
          <w:lang w:val="pl-PL"/>
        </w:rPr>
        <w:br/>
      </w:r>
      <w:r w:rsidRPr="00BD533D">
        <w:rPr>
          <w:lang w:val="pl-PL"/>
        </w:rPr>
        <w:br/>
        <w:t xml:space="preserve">2. Uprawniony oświadcza, że jest jedynym twórcą pracy konkursowej zgłoszonej w ramach Konkursu, </w:t>
      </w:r>
      <w:r w:rsidRPr="00BD533D">
        <w:rPr>
          <w:lang w:val="pl-PL"/>
        </w:rPr>
        <w:br/>
        <w:t xml:space="preserve">w formie ……………………………, o tytule ……………………………, stanowiącej utwór w rozumieniu ustawy z dnia 4 lutego 1994 r. </w:t>
      </w:r>
      <w:r w:rsidRPr="00BD533D">
        <w:rPr>
          <w:lang w:val="pl-PL"/>
        </w:rPr>
        <w:br/>
        <w:t>o prawie autorskim i prawach pokrewnych (dalej jako „</w:t>
      </w:r>
      <w:r w:rsidRPr="00BD533D">
        <w:rPr>
          <w:b/>
          <w:bCs/>
          <w:lang w:val="pl-PL"/>
        </w:rPr>
        <w:t>Utwór</w:t>
      </w:r>
      <w:r w:rsidRPr="00BD533D">
        <w:rPr>
          <w:lang w:val="pl-PL"/>
        </w:rPr>
        <w:t>”).</w:t>
      </w:r>
    </w:p>
    <w:p w14:paraId="1BD819BF" w14:textId="29439AA2" w:rsidR="006D2468" w:rsidRPr="006D2468" w:rsidRDefault="006D2468" w:rsidP="006D2468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216" w:after="0" w:line="307" w:lineRule="exact"/>
        <w:jc w:val="both"/>
        <w:rPr>
          <w:lang w:val="pl-PL"/>
        </w:rPr>
      </w:pPr>
      <w:r w:rsidRPr="00036B65">
        <w:rPr>
          <w:lang w:val="pl-PL"/>
        </w:rPr>
        <w:t xml:space="preserve">3. </w:t>
      </w:r>
      <w:r w:rsidRPr="006D2468">
        <w:rPr>
          <w:lang w:val="pl-PL"/>
        </w:rPr>
        <w:t>Uprawniony oświadcza, iż przysługuje mu całość majątkowych praw autorski</w:t>
      </w:r>
      <w:r>
        <w:rPr>
          <w:lang w:val="pl-PL"/>
        </w:rPr>
        <w:t xml:space="preserve">ch do Utworu, bez jakichkolwiek </w:t>
      </w:r>
      <w:r w:rsidRPr="006D2468">
        <w:rPr>
          <w:lang w:val="pl-PL"/>
        </w:rPr>
        <w:t>wad prawnych, obciążeń, praw lub roszczeń osób trzecich, w szczególności Utwór nie jest przedmiotem</w:t>
      </w:r>
      <w:r>
        <w:rPr>
          <w:lang w:val="pl-PL"/>
        </w:rPr>
        <w:t xml:space="preserve"> </w:t>
      </w:r>
      <w:r w:rsidRPr="006D2468">
        <w:rPr>
          <w:lang w:val="pl-PL"/>
        </w:rPr>
        <w:t xml:space="preserve">jakiejkolwiek licencji, użytkowania, dzierżawy, ani </w:t>
      </w:r>
      <w:r w:rsidRPr="006D2468">
        <w:rPr>
          <w:lang w:val="pl-PL"/>
        </w:rPr>
        <w:lastRenderedPageBreak/>
        <w:t>też, że nie zobowiązał się do przeniesienia całoś</w:t>
      </w:r>
      <w:r>
        <w:rPr>
          <w:lang w:val="pl-PL"/>
        </w:rPr>
        <w:t xml:space="preserve">ci lub </w:t>
      </w:r>
      <w:r w:rsidRPr="006D2468">
        <w:rPr>
          <w:lang w:val="pl-PL"/>
        </w:rPr>
        <w:t>części praw do Utworu na jakikolwiek podmiot trzeci.</w:t>
      </w:r>
    </w:p>
    <w:p w14:paraId="473AFD8D" w14:textId="2A9AD67B" w:rsidR="006D2468" w:rsidRPr="006D2468" w:rsidRDefault="006D2468" w:rsidP="006D2468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216" w:after="0" w:line="307" w:lineRule="exact"/>
        <w:jc w:val="both"/>
        <w:rPr>
          <w:lang w:val="pl-PL"/>
        </w:rPr>
      </w:pPr>
      <w:r w:rsidRPr="006D2468">
        <w:rPr>
          <w:lang w:val="pl-PL"/>
        </w:rPr>
        <w:t>4. Uprawniony oświadcza, iż nie udzielił jakiemukolwiek podmiotowi jakiejko</w:t>
      </w:r>
      <w:r>
        <w:rPr>
          <w:lang w:val="pl-PL"/>
        </w:rPr>
        <w:t xml:space="preserve">lwiek licencji na korzystanie z </w:t>
      </w:r>
      <w:r w:rsidRPr="006D2468">
        <w:rPr>
          <w:lang w:val="pl-PL"/>
        </w:rPr>
        <w:t>Utworu.</w:t>
      </w:r>
    </w:p>
    <w:p w14:paraId="70EB457A" w14:textId="79554415" w:rsidR="006D2468" w:rsidRPr="006D2468" w:rsidRDefault="006D2468" w:rsidP="006D2468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216" w:after="0" w:line="307" w:lineRule="exact"/>
        <w:jc w:val="both"/>
        <w:rPr>
          <w:lang w:val="pl-PL"/>
        </w:rPr>
      </w:pPr>
      <w:r w:rsidRPr="006D2468">
        <w:rPr>
          <w:lang w:val="pl-PL"/>
        </w:rPr>
        <w:t>5. Uprawniony oświadcza, że korzystanie przez Nabywcę w za</w:t>
      </w:r>
      <w:r>
        <w:rPr>
          <w:lang w:val="pl-PL"/>
        </w:rPr>
        <w:t xml:space="preserve">kresie opisanym postanowieniami </w:t>
      </w:r>
      <w:r w:rsidRPr="006D2468">
        <w:rPr>
          <w:lang w:val="pl-PL"/>
        </w:rPr>
        <w:t>Umowy nie będzie naruszać jakichkolwiek praw osó</w:t>
      </w:r>
      <w:r>
        <w:rPr>
          <w:lang w:val="pl-PL"/>
        </w:rPr>
        <w:t xml:space="preserve">b trzecich, w </w:t>
      </w:r>
      <w:r w:rsidRPr="006D2468">
        <w:rPr>
          <w:lang w:val="pl-PL"/>
        </w:rPr>
        <w:t>szczególności przysługują</w:t>
      </w:r>
      <w:r>
        <w:rPr>
          <w:lang w:val="pl-PL"/>
        </w:rPr>
        <w:t xml:space="preserve">cych takim </w:t>
      </w:r>
      <w:r w:rsidRPr="006D2468">
        <w:rPr>
          <w:lang w:val="pl-PL"/>
        </w:rPr>
        <w:t>osobom osobistych lub majątkowych praw autorskich, tajemnicy przedsię</w:t>
      </w:r>
      <w:r>
        <w:rPr>
          <w:lang w:val="pl-PL"/>
        </w:rPr>
        <w:t xml:space="preserve">biorstwa, praw patentowych lub </w:t>
      </w:r>
      <w:r w:rsidRPr="006D2468">
        <w:rPr>
          <w:lang w:val="pl-PL"/>
        </w:rPr>
        <w:t>dóbr osobistych.</w:t>
      </w:r>
    </w:p>
    <w:p w14:paraId="40B5C325" w14:textId="3F6B1286" w:rsidR="00EC0370" w:rsidRPr="00BD533D" w:rsidRDefault="00D46AEC" w:rsidP="006D2468">
      <w:pPr>
        <w:jc w:val="both"/>
        <w:rPr>
          <w:lang w:val="pl-PL"/>
        </w:rPr>
      </w:pPr>
      <w:r w:rsidRPr="00BD533D">
        <w:rPr>
          <w:lang w:val="pl-PL"/>
        </w:rPr>
        <w:br/>
      </w:r>
      <w:r w:rsidRPr="00BD533D">
        <w:rPr>
          <w:lang w:val="pl-PL"/>
        </w:rPr>
        <w:br/>
      </w:r>
    </w:p>
    <w:p w14:paraId="180C3025" w14:textId="77777777" w:rsidR="00EC0370" w:rsidRPr="00BD533D" w:rsidRDefault="00D46AEC" w:rsidP="00BD533D">
      <w:pPr>
        <w:pStyle w:val="Nagwek2"/>
        <w:jc w:val="center"/>
        <w:rPr>
          <w:rFonts w:asciiTheme="minorHAnsi" w:eastAsiaTheme="minorEastAsia" w:hAnsiTheme="minorHAnsi" w:cstheme="minorBidi"/>
          <w:color w:val="auto"/>
          <w:sz w:val="24"/>
          <w:szCs w:val="24"/>
          <w:lang w:val="pl-PL"/>
        </w:rPr>
      </w:pPr>
      <w:r w:rsidRPr="00BD533D">
        <w:rPr>
          <w:rFonts w:asciiTheme="minorHAnsi" w:eastAsiaTheme="minorEastAsia" w:hAnsiTheme="minorHAnsi" w:cstheme="minorBidi"/>
          <w:color w:val="auto"/>
          <w:sz w:val="24"/>
          <w:szCs w:val="24"/>
          <w:lang w:val="pl-PL"/>
        </w:rPr>
        <w:t>§ 2. Przedmiot Umowy</w:t>
      </w:r>
    </w:p>
    <w:p w14:paraId="61D0A158" w14:textId="487E9279" w:rsidR="00183956" w:rsidRDefault="00D46AEC" w:rsidP="00183956">
      <w:pPr>
        <w:jc w:val="both"/>
        <w:rPr>
          <w:lang w:val="pl-PL"/>
        </w:rPr>
      </w:pPr>
      <w:r w:rsidRPr="00BD533D">
        <w:rPr>
          <w:lang w:val="pl-PL"/>
        </w:rPr>
        <w:br/>
        <w:t xml:space="preserve">1. Z chwilą zawarcia niniejszej Umowy Uprawniony nieodpłatnie przenosi na Nabywcę całość autorskich praw majątkowych do Utworu, </w:t>
      </w:r>
      <w:r w:rsidRPr="00BD533D">
        <w:rPr>
          <w:lang w:val="pl-PL"/>
        </w:rPr>
        <w:br/>
        <w:t xml:space="preserve">wraz z prawem tworzenia utworów zależnych do Utworu, powstałego w ramach Konkursu, bez ograniczeń terytorialnych, na cały okres trwania tych praw, </w:t>
      </w:r>
      <w:r w:rsidRPr="00BD533D">
        <w:rPr>
          <w:lang w:val="pl-PL"/>
        </w:rPr>
        <w:br/>
        <w:t>na wszystkich polach eksploatacji znanych w chwili zawarcia Umowy, w tym w zakresie:</w:t>
      </w:r>
      <w:r w:rsidRPr="00BD533D">
        <w:rPr>
          <w:lang w:val="pl-PL"/>
        </w:rPr>
        <w:br/>
      </w:r>
      <w:r w:rsidRPr="00BD533D">
        <w:rPr>
          <w:lang w:val="pl-PL"/>
        </w:rPr>
        <w:br/>
        <w:t xml:space="preserve">1) utrwalenia i zwielokrotnienia Utworu jakąkolwiek techniką, w szczególności cyfrową; </w:t>
      </w:r>
      <w:r w:rsidRPr="00BD533D">
        <w:rPr>
          <w:lang w:val="pl-PL"/>
        </w:rPr>
        <w:br/>
        <w:t xml:space="preserve">2) rozpowszechniania Utworu, w szczególności poprzez jego umieszczenie, wyświetlanie, odtwarzanie oraz nadawanie i reemitowanie za pomocą wizji lub fonii </w:t>
      </w:r>
      <w:r w:rsidRPr="00BD533D">
        <w:rPr>
          <w:lang w:val="pl-PL"/>
        </w:rPr>
        <w:br/>
        <w:t xml:space="preserve">   oraz za pośrednictwem satelity, sieci informatycznych (w szczególności typu Internet), a także publicznego udostępniania Utworu oraz informacji o Utworze, </w:t>
      </w:r>
      <w:r w:rsidRPr="00BD533D">
        <w:rPr>
          <w:lang w:val="pl-PL"/>
        </w:rPr>
        <w:br/>
        <w:t xml:space="preserve">   w taki sposób, aby każdy mógł mieć do niego dostęp w miejscu i w czasie przez siebie wybranym; </w:t>
      </w:r>
      <w:r w:rsidRPr="00BD533D">
        <w:rPr>
          <w:lang w:val="pl-PL"/>
        </w:rPr>
        <w:br/>
        <w:t xml:space="preserve">3) modyfikacji, opracowania, przystosowania, zmiany układu lub jakichkolwiek innych zmian, łączenia w całość i w części z innymi materiałami; </w:t>
      </w:r>
      <w:r w:rsidRPr="00BD533D">
        <w:rPr>
          <w:lang w:val="pl-PL"/>
        </w:rPr>
        <w:br/>
        <w:t xml:space="preserve">4) nieodpłatnego wykorzystania Utworu we wszelkich materiałach promocyjnych oraz jego udostępniania za pośrednictwem sieci informatycznych </w:t>
      </w:r>
      <w:r w:rsidRPr="00BD533D">
        <w:rPr>
          <w:lang w:val="pl-PL"/>
        </w:rPr>
        <w:br/>
        <w:t xml:space="preserve">   (w szczególności typu Internet) w celu promocji Konkursu.</w:t>
      </w:r>
      <w:r w:rsidRPr="00BD533D">
        <w:rPr>
          <w:lang w:val="pl-PL"/>
        </w:rPr>
        <w:br/>
      </w:r>
      <w:r w:rsidRPr="00BD533D">
        <w:rPr>
          <w:lang w:val="pl-PL"/>
        </w:rPr>
        <w:br/>
        <w:t xml:space="preserve">2. Uprawniony wyraża zgodę, w zakresie wskazanych w ust. 1 pól eksploatacji, na korzystanie przez Nabywcę z Utworu w całości lub we fragmentach </w:t>
      </w:r>
      <w:r w:rsidRPr="00BD533D">
        <w:rPr>
          <w:lang w:val="pl-PL"/>
        </w:rPr>
        <w:br/>
        <w:t xml:space="preserve">w zakresie promocji Konkursu, w tym dokonywanie modyfikacji, skrótów lub łączenia z innymi Utworami, w celu ich wspólnego rozpowszechniania. </w:t>
      </w:r>
      <w:r w:rsidRPr="00BD533D">
        <w:rPr>
          <w:lang w:val="pl-PL"/>
        </w:rPr>
        <w:br/>
        <w:t>Uprawniony oświadcza, że takie wykorzystanie nie będzie stanowiło naruszenia prawa do integralności Utworu.</w:t>
      </w:r>
      <w:r w:rsidRPr="00BD533D">
        <w:rPr>
          <w:lang w:val="pl-PL"/>
        </w:rPr>
        <w:br/>
      </w:r>
      <w:r w:rsidRPr="00BD533D">
        <w:rPr>
          <w:lang w:val="pl-PL"/>
        </w:rPr>
        <w:br/>
        <w:t xml:space="preserve">3. Uprawniony upoważnia Nabywcę do wykonywania w jego imieniu autorskich praw osobistych do Utworu, takich jak: prawo do decydowania </w:t>
      </w:r>
      <w:r w:rsidRPr="00BD533D">
        <w:rPr>
          <w:lang w:val="pl-PL"/>
        </w:rPr>
        <w:br/>
      </w:r>
      <w:r w:rsidRPr="00BD533D">
        <w:rPr>
          <w:lang w:val="pl-PL"/>
        </w:rPr>
        <w:lastRenderedPageBreak/>
        <w:t>o pierwszym udostępnieniu Utworu, sposobie udostępnienia Utworu oraz sposobie oznaczenia autorstwa.</w:t>
      </w:r>
      <w:r w:rsidRPr="00BD533D">
        <w:rPr>
          <w:lang w:val="pl-PL"/>
        </w:rPr>
        <w:br/>
      </w:r>
      <w:r w:rsidRPr="00BD533D">
        <w:rPr>
          <w:lang w:val="pl-PL"/>
        </w:rPr>
        <w:br/>
        <w:t xml:space="preserve">4. Uprawniony wyraża zgodę na wykonywanie przez Nabywcę zależnego prawa autorskiego do opracowań stworzonych w oparciu o Utwór </w:t>
      </w:r>
      <w:r w:rsidRPr="00BD533D">
        <w:rPr>
          <w:lang w:val="pl-PL"/>
        </w:rPr>
        <w:br/>
        <w:t>oraz przenosi na Nabywcę wyłączne prawo zezwalania na wykonywa</w:t>
      </w:r>
      <w:r w:rsidR="00183956">
        <w:rPr>
          <w:lang w:val="pl-PL"/>
        </w:rPr>
        <w:t>nie zależnego prawa autorskiego (tj. prawo do korzystania i rozporządzania opracowaniami Utworu oraz zezwoleń na korzystanie i rozporządzanie opracowaniami Utworu).</w:t>
      </w:r>
      <w:r w:rsidR="00183956" w:rsidRPr="00036B65">
        <w:rPr>
          <w:lang w:val="pl-PL"/>
        </w:rPr>
        <w:br/>
      </w:r>
      <w:r w:rsidRPr="00BD533D">
        <w:rPr>
          <w:lang w:val="pl-PL"/>
        </w:rPr>
        <w:br/>
        <w:t xml:space="preserve">5. </w:t>
      </w:r>
      <w:r w:rsidR="00183956">
        <w:rPr>
          <w:lang w:val="pl-PL"/>
        </w:rPr>
        <w:t xml:space="preserve">Wraz z przeniesieniem praw autorskich do Utworu, Uprawnieni z chwilą zawarcia niniejszej Umowy przekazują nieodpłatnie na rzecz Nabywcy nośniki, na których utrwalono Utwór. </w:t>
      </w:r>
    </w:p>
    <w:p w14:paraId="269FBCC8" w14:textId="4700DE13" w:rsidR="00EC0370" w:rsidRPr="00BD533D" w:rsidRDefault="00183956">
      <w:pPr>
        <w:rPr>
          <w:lang w:val="pl-PL"/>
        </w:rPr>
      </w:pPr>
      <w:r>
        <w:rPr>
          <w:lang w:val="pl-PL"/>
        </w:rPr>
        <w:t xml:space="preserve">6. </w:t>
      </w:r>
      <w:r w:rsidR="00D46AEC" w:rsidRPr="00BD533D">
        <w:rPr>
          <w:lang w:val="pl-PL"/>
        </w:rPr>
        <w:t xml:space="preserve">Uprawniony ponosi pełną odpowiedzialność z tytułu jakichkolwiek roszczeń osób trzecich kierowanych wobec Nabywcy, </w:t>
      </w:r>
      <w:r w:rsidR="00D46AEC" w:rsidRPr="00BD533D">
        <w:rPr>
          <w:lang w:val="pl-PL"/>
        </w:rPr>
        <w:br/>
        <w:t xml:space="preserve">a powstałych w związku z Utworem i zawartymi w nim treściami oraz za ewentualne naruszenie praw osób trzecich. </w:t>
      </w:r>
      <w:r w:rsidR="00D46AEC" w:rsidRPr="00BD533D">
        <w:rPr>
          <w:lang w:val="pl-PL"/>
        </w:rPr>
        <w:br/>
        <w:t xml:space="preserve">W przypadku skierowania przeciwko Nabywcy roszczeń z tytułu naruszenia praw autorskich lub dóbr osobistych, </w:t>
      </w:r>
      <w:r w:rsidR="00D46AEC" w:rsidRPr="00BD533D">
        <w:rPr>
          <w:lang w:val="pl-PL"/>
        </w:rPr>
        <w:br/>
        <w:t xml:space="preserve">Uprawniony zobowiązuje się do całkowitego zaspokojenia roszczeń osób trzecich oraz zwalnia Nabywcę z obowiązku świadczenia z tego tytułu, </w:t>
      </w:r>
      <w:r w:rsidR="00D46AEC" w:rsidRPr="00BD533D">
        <w:rPr>
          <w:lang w:val="pl-PL"/>
        </w:rPr>
        <w:br/>
        <w:t>a także zobowiązuje się do zwrotu Nabywcy poniesionych z tego tytułu kosztów i utraconych korzyści.</w:t>
      </w:r>
      <w:r w:rsidR="00D46AEC" w:rsidRPr="00BD533D">
        <w:rPr>
          <w:lang w:val="pl-PL"/>
        </w:rPr>
        <w:br/>
      </w:r>
    </w:p>
    <w:p w14:paraId="591A071E" w14:textId="77777777" w:rsidR="00EC0370" w:rsidRPr="00BD533D" w:rsidRDefault="00D46AEC" w:rsidP="00BD533D">
      <w:pPr>
        <w:pStyle w:val="Nagwek2"/>
        <w:jc w:val="center"/>
        <w:rPr>
          <w:rFonts w:asciiTheme="minorHAnsi" w:eastAsiaTheme="minorEastAsia" w:hAnsiTheme="minorHAnsi" w:cstheme="minorBidi"/>
          <w:color w:val="auto"/>
          <w:sz w:val="24"/>
          <w:szCs w:val="24"/>
          <w:lang w:val="pl-PL"/>
        </w:rPr>
      </w:pPr>
      <w:r w:rsidRPr="00BD533D">
        <w:rPr>
          <w:rFonts w:asciiTheme="minorHAnsi" w:eastAsiaTheme="minorEastAsia" w:hAnsiTheme="minorHAnsi" w:cstheme="minorBidi"/>
          <w:color w:val="auto"/>
          <w:sz w:val="24"/>
          <w:szCs w:val="24"/>
          <w:lang w:val="pl-PL"/>
        </w:rPr>
        <w:t>§ 3. Postanowienia końcowe</w:t>
      </w:r>
    </w:p>
    <w:p w14:paraId="600DF18D" w14:textId="77777777" w:rsidR="008534C6" w:rsidRDefault="00D46AEC" w:rsidP="008534C6">
      <w:pPr>
        <w:pStyle w:val="Akapitzlist"/>
        <w:numPr>
          <w:ilvl w:val="0"/>
          <w:numId w:val="12"/>
        </w:numPr>
        <w:spacing w:after="0" w:line="240" w:lineRule="auto"/>
        <w:jc w:val="both"/>
        <w:rPr>
          <w:lang w:val="pl-PL"/>
        </w:rPr>
      </w:pPr>
      <w:r w:rsidRPr="008534C6">
        <w:rPr>
          <w:lang w:val="pl-PL"/>
        </w:rPr>
        <w:br/>
      </w:r>
      <w:r w:rsidR="00183956" w:rsidRPr="008534C6">
        <w:rPr>
          <w:lang w:val="pl-PL"/>
        </w:rPr>
        <w:t>Wszelkie zmiany Umowy wymagają zachowania formy pisem</w:t>
      </w:r>
      <w:r w:rsidR="008534C6">
        <w:rPr>
          <w:lang w:val="pl-PL"/>
        </w:rPr>
        <w:t>nej pod rygorem nieważności.</w:t>
      </w:r>
    </w:p>
    <w:p w14:paraId="5DF4932F" w14:textId="77777777" w:rsidR="008534C6" w:rsidRDefault="00183956" w:rsidP="008534C6">
      <w:pPr>
        <w:pStyle w:val="Akapitzlist"/>
        <w:numPr>
          <w:ilvl w:val="0"/>
          <w:numId w:val="12"/>
        </w:numPr>
        <w:spacing w:after="0" w:line="240" w:lineRule="auto"/>
        <w:jc w:val="both"/>
        <w:rPr>
          <w:lang w:val="pl-PL"/>
        </w:rPr>
      </w:pPr>
      <w:r w:rsidRPr="008534C6">
        <w:rPr>
          <w:lang w:val="pl-PL"/>
        </w:rPr>
        <w:t>W sprawach nieuregulowanych Umową zastosowanie mają w szczególności przepisy Kodeksu cywilnego oraz ustawy o prawie au</w:t>
      </w:r>
      <w:r w:rsidR="008534C6" w:rsidRPr="008534C6">
        <w:rPr>
          <w:lang w:val="pl-PL"/>
        </w:rPr>
        <w:t>torskim i prawach pokre</w:t>
      </w:r>
      <w:r w:rsidR="008534C6">
        <w:rPr>
          <w:lang w:val="pl-PL"/>
        </w:rPr>
        <w:t>wnych..</w:t>
      </w:r>
    </w:p>
    <w:p w14:paraId="1D192274" w14:textId="0ABF60AC" w:rsidR="00183956" w:rsidRPr="008534C6" w:rsidRDefault="00183956" w:rsidP="008534C6">
      <w:pPr>
        <w:pStyle w:val="Akapitzlist"/>
        <w:numPr>
          <w:ilvl w:val="0"/>
          <w:numId w:val="12"/>
        </w:numPr>
        <w:spacing w:after="0" w:line="240" w:lineRule="auto"/>
        <w:jc w:val="both"/>
        <w:rPr>
          <w:lang w:val="pl-PL"/>
        </w:rPr>
      </w:pPr>
      <w:r w:rsidRPr="008534C6">
        <w:rPr>
          <w:lang w:val="pl-PL"/>
        </w:rPr>
        <w:t xml:space="preserve">Spory wynikające z niniejszej Umowy będą rozpatrywane przez sąd właściwy miejscowo dla siedziby Zamawiającego. </w:t>
      </w:r>
    </w:p>
    <w:p w14:paraId="6CE90773" w14:textId="684B8558" w:rsidR="00183956" w:rsidRPr="008534C6" w:rsidRDefault="00183956" w:rsidP="008534C6">
      <w:pPr>
        <w:pStyle w:val="Akapitzlist"/>
        <w:numPr>
          <w:ilvl w:val="0"/>
          <w:numId w:val="12"/>
        </w:numPr>
        <w:spacing w:after="0" w:line="240" w:lineRule="auto"/>
        <w:jc w:val="both"/>
        <w:rPr>
          <w:lang w:val="pl-PL"/>
        </w:rPr>
      </w:pPr>
      <w:r w:rsidRPr="008534C6">
        <w:rPr>
          <w:lang w:val="pl-PL"/>
        </w:rPr>
        <w:t xml:space="preserve">Na podstawie art. 4c ustawy z dnia 9 marca 2013 r. o przeciwdziałaniu nadmiernym opóźnieniom w transakcjach handlowych ( </w:t>
      </w:r>
      <w:proofErr w:type="spellStart"/>
      <w:r w:rsidRPr="008534C6">
        <w:rPr>
          <w:lang w:val="pl-PL"/>
        </w:rPr>
        <w:t>t.j</w:t>
      </w:r>
      <w:proofErr w:type="spellEnd"/>
      <w:r w:rsidRPr="008534C6">
        <w:rPr>
          <w:lang w:val="pl-PL"/>
        </w:rPr>
        <w:t xml:space="preserve">. Dz. U. z  2023 r. poz. 1790) Zamawiający oświadcza, że  posiada status dużego przedsiębiorcy  w rozumieniu art. 4 pkt 6 powyższej ustawy. </w:t>
      </w:r>
    </w:p>
    <w:p w14:paraId="35AFF859" w14:textId="3B569776" w:rsidR="00183956" w:rsidRPr="008534C6" w:rsidRDefault="00183956" w:rsidP="008534C6">
      <w:pPr>
        <w:pStyle w:val="Akapitzlist"/>
        <w:numPr>
          <w:ilvl w:val="0"/>
          <w:numId w:val="12"/>
        </w:numPr>
        <w:spacing w:after="0"/>
        <w:jc w:val="both"/>
        <w:rPr>
          <w:lang w:val="pl-PL"/>
        </w:rPr>
      </w:pPr>
      <w:r w:rsidRPr="008534C6">
        <w:rPr>
          <w:lang w:val="pl-PL"/>
        </w:rPr>
        <w:t>Umowa została sporządzona w dwóch jednobrzmiących egzemplarzach, po jednym dla każdej ze Stron</w:t>
      </w:r>
    </w:p>
    <w:p w14:paraId="568FE828" w14:textId="02C5AE61" w:rsidR="00EC0370" w:rsidRPr="00BD533D" w:rsidRDefault="00EC0370">
      <w:pPr>
        <w:rPr>
          <w:lang w:val="pl-PL"/>
        </w:rPr>
      </w:pPr>
    </w:p>
    <w:p w14:paraId="69CA33B3" w14:textId="5069F00C" w:rsidR="00EC0370" w:rsidRPr="00BD533D" w:rsidRDefault="00D46AEC">
      <w:pPr>
        <w:rPr>
          <w:lang w:val="pl-PL"/>
        </w:rPr>
      </w:pPr>
      <w:r w:rsidRPr="00BD533D">
        <w:rPr>
          <w:lang w:val="pl-PL"/>
        </w:rPr>
        <w:br/>
      </w:r>
      <w:r w:rsidRPr="00BD533D">
        <w:rPr>
          <w:lang w:val="pl-PL"/>
        </w:rPr>
        <w:br/>
        <w:t xml:space="preserve">Nabywca                           </w:t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  <w:t xml:space="preserve">                </w:t>
      </w:r>
      <w:r w:rsidRPr="00BD533D">
        <w:rPr>
          <w:lang w:val="pl-PL"/>
        </w:rPr>
        <w:t>Uprawniony</w:t>
      </w:r>
    </w:p>
    <w:p w14:paraId="0D2E4CD2" w14:textId="4933E10D" w:rsidR="00EC0370" w:rsidRPr="00BD533D" w:rsidRDefault="00D46AEC">
      <w:pPr>
        <w:rPr>
          <w:lang w:val="pl-PL"/>
        </w:rPr>
      </w:pPr>
      <w:r w:rsidRPr="00BD533D">
        <w:rPr>
          <w:lang w:val="pl-PL"/>
        </w:rPr>
        <w:t xml:space="preserve">________________________           </w:t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="00BD533D">
        <w:rPr>
          <w:lang w:val="pl-PL"/>
        </w:rPr>
        <w:tab/>
      </w:r>
      <w:r w:rsidRPr="00BD533D">
        <w:rPr>
          <w:lang w:val="pl-PL"/>
        </w:rPr>
        <w:t>________________________</w:t>
      </w:r>
    </w:p>
    <w:p w14:paraId="07622DEA" w14:textId="77777777" w:rsidR="00117673" w:rsidRDefault="00117673">
      <w:pPr>
        <w:rPr>
          <w:lang w:val="pl-PL"/>
        </w:rPr>
      </w:pPr>
    </w:p>
    <w:p w14:paraId="6D334BF7" w14:textId="77777777" w:rsidR="00117673" w:rsidRDefault="00117673">
      <w:pPr>
        <w:rPr>
          <w:lang w:val="pl-PL"/>
        </w:rPr>
      </w:pPr>
    </w:p>
    <w:p w14:paraId="78B7C4E6" w14:textId="77777777" w:rsidR="00117673" w:rsidRDefault="00117673">
      <w:pPr>
        <w:rPr>
          <w:lang w:val="pl-PL"/>
        </w:rPr>
      </w:pPr>
    </w:p>
    <w:p w14:paraId="36E3E517" w14:textId="77777777" w:rsidR="00117673" w:rsidRDefault="00117673">
      <w:pPr>
        <w:rPr>
          <w:lang w:val="pl-PL"/>
        </w:rPr>
      </w:pPr>
    </w:p>
    <w:p w14:paraId="0CFA735A" w14:textId="77777777" w:rsidR="00117673" w:rsidRDefault="00117673">
      <w:pPr>
        <w:rPr>
          <w:lang w:val="pl-PL"/>
        </w:rPr>
      </w:pPr>
    </w:p>
    <w:p w14:paraId="3B508403" w14:textId="77777777" w:rsidR="00117673" w:rsidRDefault="00117673">
      <w:pPr>
        <w:rPr>
          <w:lang w:val="pl-PL"/>
        </w:rPr>
      </w:pPr>
    </w:p>
    <w:p w14:paraId="64D3E058" w14:textId="77777777" w:rsidR="00117673" w:rsidRDefault="00117673">
      <w:pPr>
        <w:rPr>
          <w:lang w:val="pl-PL"/>
        </w:rPr>
      </w:pPr>
    </w:p>
    <w:p w14:paraId="0813B77A" w14:textId="77777777" w:rsidR="00117673" w:rsidRDefault="00117673">
      <w:pPr>
        <w:rPr>
          <w:lang w:val="pl-PL"/>
        </w:rPr>
      </w:pPr>
    </w:p>
    <w:p w14:paraId="7F32AB89" w14:textId="77777777" w:rsidR="00117673" w:rsidRDefault="00117673">
      <w:pPr>
        <w:rPr>
          <w:lang w:val="pl-PL"/>
        </w:rPr>
      </w:pPr>
    </w:p>
    <w:p w14:paraId="1F351DAA" w14:textId="77777777" w:rsidR="00117673" w:rsidRDefault="00117673">
      <w:pPr>
        <w:rPr>
          <w:lang w:val="pl-PL"/>
        </w:rPr>
      </w:pPr>
    </w:p>
    <w:p w14:paraId="53E31ED1" w14:textId="7722D396" w:rsidR="00EC0370" w:rsidRPr="00BD533D" w:rsidRDefault="00D46AEC" w:rsidP="00B505B9">
      <w:pPr>
        <w:rPr>
          <w:lang w:val="pl-PL"/>
        </w:rPr>
      </w:pPr>
      <w:r w:rsidRPr="008534C6">
        <w:rPr>
          <w:strike/>
          <w:lang w:val="pl-PL"/>
        </w:rPr>
        <w:br/>
      </w:r>
      <w:bookmarkStart w:id="0" w:name="_GoBack"/>
      <w:bookmarkEnd w:id="0"/>
    </w:p>
    <w:sectPr w:rsidR="00EC0370" w:rsidRPr="00BD533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36775FB"/>
    <w:multiLevelType w:val="hybridMultilevel"/>
    <w:tmpl w:val="7A32662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11386"/>
    <w:multiLevelType w:val="hybridMultilevel"/>
    <w:tmpl w:val="4E48AE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456651"/>
    <w:multiLevelType w:val="singleLevel"/>
    <w:tmpl w:val="11CAD43C"/>
    <w:lvl w:ilvl="0">
      <w:start w:val="1"/>
      <w:numFmt w:val="decimal"/>
      <w:lvlText w:val="%1."/>
      <w:legacy w:legacy="1" w:legacySpace="0" w:legacyIndent="346"/>
      <w:lvlJc w:val="left"/>
      <w:rPr>
        <w:rFonts w:ascii="Arial" w:hAnsi="Arial" w:cs="Aria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17673"/>
    <w:rsid w:val="0015074B"/>
    <w:rsid w:val="00183956"/>
    <w:rsid w:val="0029639D"/>
    <w:rsid w:val="00326F90"/>
    <w:rsid w:val="006D2468"/>
    <w:rsid w:val="008534C6"/>
    <w:rsid w:val="00AA1D8D"/>
    <w:rsid w:val="00B47730"/>
    <w:rsid w:val="00B505B9"/>
    <w:rsid w:val="00B6183C"/>
    <w:rsid w:val="00BD533D"/>
    <w:rsid w:val="00C102D9"/>
    <w:rsid w:val="00CB0664"/>
    <w:rsid w:val="00D30A76"/>
    <w:rsid w:val="00D46AEC"/>
    <w:rsid w:val="00E94FAF"/>
    <w:rsid w:val="00EC037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E19DCB"/>
  <w14:defaultImageDpi w14:val="300"/>
  <w15:docId w15:val="{FD19669C-AC8E-6D4E-92EF-20B48B20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4903B9-1C95-42DF-BD9E-161D36F78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843</Words>
  <Characters>5063</Characters>
  <Application>Microsoft Office Word</Application>
  <DocSecurity>0</DocSecurity>
  <Lines>42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5895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Przepiórka</cp:lastModifiedBy>
  <cp:revision>3</cp:revision>
  <dcterms:created xsi:type="dcterms:W3CDTF">2025-10-08T09:19:00Z</dcterms:created>
  <dcterms:modified xsi:type="dcterms:W3CDTF">2025-10-20T11:01:00Z</dcterms:modified>
  <cp:category/>
</cp:coreProperties>
</file>